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92DC7" w14:textId="77777777" w:rsidR="00F81C10" w:rsidRPr="00362B06" w:rsidRDefault="005737D6" w:rsidP="00362B06">
      <w:pPr>
        <w:spacing w:after="240" w:line="240" w:lineRule="auto"/>
        <w:jc w:val="center"/>
        <w:rPr>
          <w:sz w:val="24"/>
          <w:szCs w:val="24"/>
        </w:rPr>
      </w:pPr>
      <w:r w:rsidRPr="00362B06">
        <w:rPr>
          <w:b/>
          <w:sz w:val="24"/>
          <w:szCs w:val="24"/>
        </w:rPr>
        <w:t>ZASADY ADAPTACJI DZIECKA W ŻŁOBKU</w:t>
      </w:r>
    </w:p>
    <w:p w14:paraId="211E1BD6" w14:textId="77777777" w:rsidR="00F81C10" w:rsidRPr="00362B06" w:rsidRDefault="005737D6" w:rsidP="00362B06">
      <w:pPr>
        <w:spacing w:after="160" w:line="240" w:lineRule="auto"/>
        <w:jc w:val="both"/>
        <w:rPr>
          <w:sz w:val="24"/>
          <w:szCs w:val="24"/>
        </w:rPr>
      </w:pPr>
      <w:r w:rsidRPr="00362B06">
        <w:rPr>
          <w:b/>
          <w:sz w:val="24"/>
          <w:szCs w:val="24"/>
        </w:rPr>
        <w:t xml:space="preserve">§ 1. Cel </w:t>
      </w:r>
      <w:proofErr w:type="spellStart"/>
      <w:r w:rsidRPr="00362B06">
        <w:rPr>
          <w:b/>
          <w:sz w:val="24"/>
          <w:szCs w:val="24"/>
        </w:rPr>
        <w:t>adaptacji</w:t>
      </w:r>
      <w:proofErr w:type="spellEnd"/>
    </w:p>
    <w:p w14:paraId="1B1EB3FD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1. </w:t>
      </w:r>
      <w:proofErr w:type="spellStart"/>
      <w:r w:rsidRPr="00362B06">
        <w:rPr>
          <w:sz w:val="24"/>
          <w:szCs w:val="24"/>
        </w:rPr>
        <w:t>Adaptacja</w:t>
      </w:r>
      <w:proofErr w:type="spellEnd"/>
      <w:r w:rsidRPr="00362B06">
        <w:rPr>
          <w:sz w:val="24"/>
          <w:szCs w:val="24"/>
        </w:rPr>
        <w:t xml:space="preserve"> ma </w:t>
      </w:r>
      <w:proofErr w:type="spellStart"/>
      <w:r w:rsidRPr="00362B06">
        <w:rPr>
          <w:sz w:val="24"/>
          <w:szCs w:val="24"/>
        </w:rPr>
        <w:t>na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celu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stopniowe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bezpieczne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przygotowanie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oraz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rodzica</w:t>
      </w:r>
      <w:proofErr w:type="spellEnd"/>
      <w:r w:rsidRPr="00362B06">
        <w:rPr>
          <w:sz w:val="24"/>
          <w:szCs w:val="24"/>
        </w:rPr>
        <w:t>/</w:t>
      </w:r>
      <w:proofErr w:type="spellStart"/>
      <w:r w:rsidRPr="00362B06">
        <w:rPr>
          <w:sz w:val="24"/>
          <w:szCs w:val="24"/>
        </w:rPr>
        <w:t>opiekuna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prawnego</w:t>
      </w:r>
      <w:proofErr w:type="spellEnd"/>
      <w:r w:rsidRPr="00362B06">
        <w:rPr>
          <w:sz w:val="24"/>
          <w:szCs w:val="24"/>
        </w:rPr>
        <w:t xml:space="preserve"> do </w:t>
      </w:r>
      <w:proofErr w:type="spellStart"/>
      <w:r w:rsidRPr="00362B06">
        <w:rPr>
          <w:sz w:val="24"/>
          <w:szCs w:val="24"/>
        </w:rPr>
        <w:t>korzystania</w:t>
      </w:r>
      <w:proofErr w:type="spellEnd"/>
      <w:r w:rsidRPr="00362B06">
        <w:rPr>
          <w:sz w:val="24"/>
          <w:szCs w:val="24"/>
        </w:rPr>
        <w:t xml:space="preserve"> z </w:t>
      </w:r>
      <w:proofErr w:type="spellStart"/>
      <w:r w:rsidRPr="00362B06">
        <w:rPr>
          <w:sz w:val="24"/>
          <w:szCs w:val="24"/>
        </w:rPr>
        <w:t>opieki</w:t>
      </w:r>
      <w:proofErr w:type="spellEnd"/>
      <w:r w:rsidRPr="00362B06">
        <w:rPr>
          <w:sz w:val="24"/>
          <w:szCs w:val="24"/>
        </w:rPr>
        <w:t xml:space="preserve"> w </w:t>
      </w:r>
      <w:proofErr w:type="spellStart"/>
      <w:r w:rsidRPr="00362B06">
        <w:rPr>
          <w:sz w:val="24"/>
          <w:szCs w:val="24"/>
        </w:rPr>
        <w:t>Żłobku</w:t>
      </w:r>
      <w:proofErr w:type="spellEnd"/>
      <w:r w:rsidRPr="00362B06">
        <w:rPr>
          <w:sz w:val="24"/>
          <w:szCs w:val="24"/>
        </w:rPr>
        <w:t>.</w:t>
      </w:r>
    </w:p>
    <w:p w14:paraId="03EBC32F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2. </w:t>
      </w:r>
      <w:proofErr w:type="spellStart"/>
      <w:r w:rsidRPr="00362B06">
        <w:rPr>
          <w:sz w:val="24"/>
          <w:szCs w:val="24"/>
        </w:rPr>
        <w:t>Proces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adaptacji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odbywa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się</w:t>
      </w:r>
      <w:proofErr w:type="spellEnd"/>
      <w:r w:rsidRPr="00362B06">
        <w:rPr>
          <w:sz w:val="24"/>
          <w:szCs w:val="24"/>
        </w:rPr>
        <w:t xml:space="preserve"> z </w:t>
      </w:r>
      <w:proofErr w:type="spellStart"/>
      <w:r w:rsidRPr="00362B06">
        <w:rPr>
          <w:sz w:val="24"/>
          <w:szCs w:val="24"/>
        </w:rPr>
        <w:t>poszanowaniem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indywidualnych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potrzeb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dziecka</w:t>
      </w:r>
      <w:proofErr w:type="spellEnd"/>
      <w:r w:rsidRPr="00362B06">
        <w:rPr>
          <w:sz w:val="24"/>
          <w:szCs w:val="24"/>
        </w:rPr>
        <w:t xml:space="preserve">, w </w:t>
      </w:r>
      <w:proofErr w:type="spellStart"/>
      <w:r w:rsidRPr="00362B06">
        <w:rPr>
          <w:sz w:val="24"/>
          <w:szCs w:val="24"/>
        </w:rPr>
        <w:t>ścisłej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współpracy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rodzica</w:t>
      </w:r>
      <w:proofErr w:type="spellEnd"/>
      <w:r w:rsidRPr="00362B06">
        <w:rPr>
          <w:sz w:val="24"/>
          <w:szCs w:val="24"/>
        </w:rPr>
        <w:t xml:space="preserve"> z </w:t>
      </w:r>
      <w:proofErr w:type="spellStart"/>
      <w:r w:rsidRPr="00362B06">
        <w:rPr>
          <w:sz w:val="24"/>
          <w:szCs w:val="24"/>
        </w:rPr>
        <w:t>personelem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Żłobka</w:t>
      </w:r>
      <w:proofErr w:type="spellEnd"/>
      <w:r w:rsidRPr="00362B06">
        <w:rPr>
          <w:sz w:val="24"/>
          <w:szCs w:val="24"/>
        </w:rPr>
        <w:t>.</w:t>
      </w:r>
    </w:p>
    <w:p w14:paraId="06ABA67D" w14:textId="77777777" w:rsidR="00F81C10" w:rsidRPr="00362B06" w:rsidRDefault="005737D6" w:rsidP="00362B06">
      <w:pPr>
        <w:spacing w:after="160" w:line="240" w:lineRule="auto"/>
        <w:jc w:val="both"/>
        <w:rPr>
          <w:sz w:val="24"/>
          <w:szCs w:val="24"/>
        </w:rPr>
      </w:pPr>
      <w:r w:rsidRPr="00362B06">
        <w:rPr>
          <w:b/>
          <w:sz w:val="24"/>
          <w:szCs w:val="24"/>
        </w:rPr>
        <w:t xml:space="preserve">§ 2. Organizacja </w:t>
      </w:r>
      <w:proofErr w:type="spellStart"/>
      <w:r w:rsidRPr="00362B06">
        <w:rPr>
          <w:b/>
          <w:sz w:val="24"/>
          <w:szCs w:val="24"/>
        </w:rPr>
        <w:t>adaptacji</w:t>
      </w:r>
      <w:proofErr w:type="spellEnd"/>
    </w:p>
    <w:p w14:paraId="021EB6AC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1. W </w:t>
      </w:r>
      <w:proofErr w:type="spellStart"/>
      <w:r w:rsidRPr="00362B06">
        <w:rPr>
          <w:sz w:val="24"/>
          <w:szCs w:val="24"/>
        </w:rPr>
        <w:t>pierwszym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tygodniu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adaptacji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dziecko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uczestniczy</w:t>
      </w:r>
      <w:proofErr w:type="spellEnd"/>
      <w:r w:rsidRPr="00362B06">
        <w:rPr>
          <w:sz w:val="24"/>
          <w:szCs w:val="24"/>
        </w:rPr>
        <w:t xml:space="preserve"> w </w:t>
      </w:r>
      <w:proofErr w:type="spellStart"/>
      <w:r w:rsidRPr="00362B06">
        <w:rPr>
          <w:sz w:val="24"/>
          <w:szCs w:val="24"/>
        </w:rPr>
        <w:t>zajęciach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adaptacyjnych</w:t>
      </w:r>
      <w:proofErr w:type="spellEnd"/>
      <w:r w:rsidRPr="00362B06">
        <w:rPr>
          <w:sz w:val="24"/>
          <w:szCs w:val="24"/>
        </w:rPr>
        <w:t xml:space="preserve"> co do </w:t>
      </w:r>
      <w:proofErr w:type="spellStart"/>
      <w:r w:rsidRPr="00362B06">
        <w:rPr>
          <w:sz w:val="24"/>
          <w:szCs w:val="24"/>
        </w:rPr>
        <w:t>zasady</w:t>
      </w:r>
      <w:proofErr w:type="spellEnd"/>
      <w:r w:rsidRPr="00362B06">
        <w:rPr>
          <w:sz w:val="24"/>
          <w:szCs w:val="24"/>
        </w:rPr>
        <w:t xml:space="preserve"> w</w:t>
      </w:r>
      <w:r w:rsidR="00362B06" w:rsidRPr="00362B06">
        <w:rPr>
          <w:sz w:val="24"/>
          <w:szCs w:val="24"/>
        </w:rPr>
        <w:t> </w:t>
      </w:r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godzinach</w:t>
      </w:r>
      <w:proofErr w:type="spellEnd"/>
      <w:r w:rsidRPr="00362B06">
        <w:rPr>
          <w:sz w:val="24"/>
          <w:szCs w:val="24"/>
        </w:rPr>
        <w:t xml:space="preserve"> od 9.00 do 11.00.</w:t>
      </w:r>
    </w:p>
    <w:p w14:paraId="6F528CDE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2. </w:t>
      </w:r>
      <w:proofErr w:type="spellStart"/>
      <w:r w:rsidRPr="00362B06">
        <w:rPr>
          <w:sz w:val="24"/>
          <w:szCs w:val="24"/>
        </w:rPr>
        <w:t>Czas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godziny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przebieg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adaptacji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mogą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zostać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indywidualnie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dostosowane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przez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Dyrektora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lub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opiekunkę</w:t>
      </w:r>
      <w:proofErr w:type="spellEnd"/>
      <w:r w:rsidRPr="00362B06">
        <w:rPr>
          <w:sz w:val="24"/>
          <w:szCs w:val="24"/>
        </w:rPr>
        <w:t xml:space="preserve">, w </w:t>
      </w:r>
      <w:proofErr w:type="spellStart"/>
      <w:r w:rsidRPr="00362B06">
        <w:rPr>
          <w:sz w:val="24"/>
          <w:szCs w:val="24"/>
        </w:rPr>
        <w:t>uzgodnieniu</w:t>
      </w:r>
      <w:proofErr w:type="spellEnd"/>
      <w:r w:rsidRPr="00362B06">
        <w:rPr>
          <w:sz w:val="24"/>
          <w:szCs w:val="24"/>
        </w:rPr>
        <w:t xml:space="preserve"> z </w:t>
      </w:r>
      <w:proofErr w:type="spellStart"/>
      <w:r w:rsidRPr="00362B06">
        <w:rPr>
          <w:sz w:val="24"/>
          <w:szCs w:val="24"/>
        </w:rPr>
        <w:t>rodzicem</w:t>
      </w:r>
      <w:proofErr w:type="spellEnd"/>
      <w:r w:rsidRPr="00362B06">
        <w:rPr>
          <w:sz w:val="24"/>
          <w:szCs w:val="24"/>
        </w:rPr>
        <w:t xml:space="preserve">, do </w:t>
      </w:r>
      <w:proofErr w:type="spellStart"/>
      <w:r w:rsidRPr="00362B06">
        <w:rPr>
          <w:sz w:val="24"/>
          <w:szCs w:val="24"/>
        </w:rPr>
        <w:t>potrzeb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możliwości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organizacyjnych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Żłobka</w:t>
      </w:r>
      <w:proofErr w:type="spellEnd"/>
      <w:r w:rsidRPr="00362B06">
        <w:rPr>
          <w:sz w:val="24"/>
          <w:szCs w:val="24"/>
        </w:rPr>
        <w:t>.</w:t>
      </w:r>
    </w:p>
    <w:p w14:paraId="4CF31D2E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3. </w:t>
      </w:r>
      <w:proofErr w:type="spellStart"/>
      <w:r w:rsidRPr="00362B06">
        <w:rPr>
          <w:sz w:val="24"/>
          <w:szCs w:val="24"/>
        </w:rPr>
        <w:t>Adaptacja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może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być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stopniowo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wydłużana</w:t>
      </w:r>
      <w:proofErr w:type="spellEnd"/>
      <w:r w:rsidRPr="00362B06">
        <w:rPr>
          <w:sz w:val="24"/>
          <w:szCs w:val="24"/>
        </w:rPr>
        <w:t xml:space="preserve">, w </w:t>
      </w:r>
      <w:proofErr w:type="spellStart"/>
      <w:r w:rsidRPr="00362B06">
        <w:rPr>
          <w:sz w:val="24"/>
          <w:szCs w:val="24"/>
        </w:rPr>
        <w:t>tym</w:t>
      </w:r>
      <w:proofErr w:type="spellEnd"/>
      <w:r w:rsidRPr="00362B06">
        <w:rPr>
          <w:sz w:val="24"/>
          <w:szCs w:val="24"/>
        </w:rPr>
        <w:t xml:space="preserve"> o </w:t>
      </w:r>
      <w:proofErr w:type="spellStart"/>
      <w:r w:rsidRPr="00362B06">
        <w:rPr>
          <w:sz w:val="24"/>
          <w:szCs w:val="24"/>
        </w:rPr>
        <w:t>czas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samodzielnego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pobytu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dziecka</w:t>
      </w:r>
      <w:proofErr w:type="spellEnd"/>
      <w:r w:rsidRPr="00362B06">
        <w:rPr>
          <w:sz w:val="24"/>
          <w:szCs w:val="24"/>
        </w:rPr>
        <w:t xml:space="preserve"> bez </w:t>
      </w:r>
      <w:proofErr w:type="spellStart"/>
      <w:r w:rsidRPr="00362B06">
        <w:rPr>
          <w:sz w:val="24"/>
          <w:szCs w:val="24"/>
        </w:rPr>
        <w:t>rodzica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stosownie</w:t>
      </w:r>
      <w:proofErr w:type="spellEnd"/>
      <w:r w:rsidRPr="00362B06">
        <w:rPr>
          <w:sz w:val="24"/>
          <w:szCs w:val="24"/>
        </w:rPr>
        <w:t xml:space="preserve"> do </w:t>
      </w:r>
      <w:proofErr w:type="spellStart"/>
      <w:r w:rsidRPr="00362B06">
        <w:rPr>
          <w:sz w:val="24"/>
          <w:szCs w:val="24"/>
        </w:rPr>
        <w:t>gotowości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oceny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opiekunki</w:t>
      </w:r>
      <w:proofErr w:type="spellEnd"/>
      <w:r w:rsidRPr="00362B06">
        <w:rPr>
          <w:sz w:val="24"/>
          <w:szCs w:val="24"/>
        </w:rPr>
        <w:t>.</w:t>
      </w:r>
    </w:p>
    <w:p w14:paraId="25B35A49" w14:textId="77777777" w:rsidR="00F81C10" w:rsidRPr="00362B06" w:rsidRDefault="005737D6" w:rsidP="00362B06">
      <w:pPr>
        <w:spacing w:after="160" w:line="240" w:lineRule="auto"/>
        <w:jc w:val="both"/>
        <w:rPr>
          <w:sz w:val="24"/>
          <w:szCs w:val="24"/>
        </w:rPr>
      </w:pPr>
      <w:r w:rsidRPr="00362B06">
        <w:rPr>
          <w:b/>
          <w:sz w:val="24"/>
          <w:szCs w:val="24"/>
        </w:rPr>
        <w:t xml:space="preserve">§ 3. </w:t>
      </w:r>
      <w:proofErr w:type="spellStart"/>
      <w:r w:rsidRPr="00362B06">
        <w:rPr>
          <w:b/>
          <w:sz w:val="24"/>
          <w:szCs w:val="24"/>
        </w:rPr>
        <w:t>Obecność</w:t>
      </w:r>
      <w:proofErr w:type="spellEnd"/>
      <w:r w:rsidRPr="00362B06">
        <w:rPr>
          <w:b/>
          <w:sz w:val="24"/>
          <w:szCs w:val="24"/>
        </w:rPr>
        <w:t xml:space="preserve"> </w:t>
      </w:r>
      <w:proofErr w:type="spellStart"/>
      <w:r w:rsidRPr="00362B06">
        <w:rPr>
          <w:b/>
          <w:sz w:val="24"/>
          <w:szCs w:val="24"/>
        </w:rPr>
        <w:t>rodzica</w:t>
      </w:r>
      <w:proofErr w:type="spellEnd"/>
    </w:p>
    <w:p w14:paraId="6C9B5D90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1. </w:t>
      </w:r>
      <w:proofErr w:type="spellStart"/>
      <w:r w:rsidRPr="00362B06">
        <w:rPr>
          <w:sz w:val="24"/>
          <w:szCs w:val="24"/>
        </w:rPr>
        <w:t>Podczas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adaptacji</w:t>
      </w:r>
      <w:proofErr w:type="spellEnd"/>
      <w:r w:rsidRPr="00362B06">
        <w:rPr>
          <w:sz w:val="24"/>
          <w:szCs w:val="24"/>
        </w:rPr>
        <w:t xml:space="preserve">, w </w:t>
      </w:r>
      <w:proofErr w:type="spellStart"/>
      <w:r w:rsidRPr="00362B06">
        <w:rPr>
          <w:sz w:val="24"/>
          <w:szCs w:val="24"/>
        </w:rPr>
        <w:t>czasie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gdy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rodzic</w:t>
      </w:r>
      <w:proofErr w:type="spellEnd"/>
      <w:r w:rsidRPr="00362B06">
        <w:rPr>
          <w:sz w:val="24"/>
          <w:szCs w:val="24"/>
        </w:rPr>
        <w:t>/</w:t>
      </w:r>
      <w:proofErr w:type="spellStart"/>
      <w:r w:rsidRPr="00362B06">
        <w:rPr>
          <w:sz w:val="24"/>
          <w:szCs w:val="24"/>
        </w:rPr>
        <w:t>opiekun</w:t>
      </w:r>
      <w:proofErr w:type="spellEnd"/>
      <w:r w:rsidRPr="00362B06">
        <w:rPr>
          <w:sz w:val="24"/>
          <w:szCs w:val="24"/>
        </w:rPr>
        <w:t xml:space="preserve"> prawny </w:t>
      </w:r>
      <w:proofErr w:type="spellStart"/>
      <w:r w:rsidRPr="00362B06">
        <w:rPr>
          <w:sz w:val="24"/>
          <w:szCs w:val="24"/>
        </w:rPr>
        <w:t>przebywa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razem</w:t>
      </w:r>
      <w:proofErr w:type="spellEnd"/>
      <w:r w:rsidRPr="00362B06">
        <w:rPr>
          <w:sz w:val="24"/>
          <w:szCs w:val="24"/>
        </w:rPr>
        <w:t xml:space="preserve"> z </w:t>
      </w:r>
      <w:proofErr w:type="spellStart"/>
      <w:r w:rsidRPr="00362B06">
        <w:rPr>
          <w:sz w:val="24"/>
          <w:szCs w:val="24"/>
        </w:rPr>
        <w:t>dzieckiem</w:t>
      </w:r>
      <w:proofErr w:type="spellEnd"/>
      <w:r w:rsidRPr="00362B06">
        <w:rPr>
          <w:sz w:val="24"/>
          <w:szCs w:val="24"/>
        </w:rPr>
        <w:t xml:space="preserve"> w </w:t>
      </w:r>
      <w:proofErr w:type="spellStart"/>
      <w:r w:rsidRPr="00362B06">
        <w:rPr>
          <w:sz w:val="24"/>
          <w:szCs w:val="24"/>
        </w:rPr>
        <w:t>sali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rodzic</w:t>
      </w:r>
      <w:proofErr w:type="spellEnd"/>
      <w:r w:rsidRPr="00362B06">
        <w:rPr>
          <w:sz w:val="24"/>
          <w:szCs w:val="24"/>
        </w:rPr>
        <w:t>/</w:t>
      </w:r>
      <w:proofErr w:type="spellStart"/>
      <w:r w:rsidRPr="00362B06">
        <w:rPr>
          <w:sz w:val="24"/>
          <w:szCs w:val="24"/>
        </w:rPr>
        <w:t>opiekun</w:t>
      </w:r>
      <w:proofErr w:type="spellEnd"/>
      <w:r w:rsidRPr="00362B06">
        <w:rPr>
          <w:sz w:val="24"/>
          <w:szCs w:val="24"/>
        </w:rPr>
        <w:t xml:space="preserve"> prawny </w:t>
      </w:r>
      <w:proofErr w:type="spellStart"/>
      <w:r w:rsidRPr="00362B06">
        <w:rPr>
          <w:sz w:val="24"/>
          <w:szCs w:val="24"/>
        </w:rPr>
        <w:t>sprawuje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bezpośrednią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opiekę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nad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dzieckiem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ponosi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odpowiedzialność</w:t>
      </w:r>
      <w:proofErr w:type="spellEnd"/>
      <w:r w:rsidRPr="00362B06">
        <w:rPr>
          <w:sz w:val="24"/>
          <w:szCs w:val="24"/>
        </w:rPr>
        <w:t xml:space="preserve"> za </w:t>
      </w:r>
      <w:proofErr w:type="spellStart"/>
      <w:r w:rsidRPr="00362B06">
        <w:rPr>
          <w:sz w:val="24"/>
          <w:szCs w:val="24"/>
        </w:rPr>
        <w:t>jego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bezpieczeństwo</w:t>
      </w:r>
      <w:proofErr w:type="spellEnd"/>
      <w:r w:rsidRPr="00362B06">
        <w:rPr>
          <w:sz w:val="24"/>
          <w:szCs w:val="24"/>
        </w:rPr>
        <w:t>.</w:t>
      </w:r>
    </w:p>
    <w:p w14:paraId="1F613C40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2. W </w:t>
      </w:r>
      <w:proofErr w:type="spellStart"/>
      <w:r w:rsidRPr="00362B06">
        <w:rPr>
          <w:sz w:val="24"/>
          <w:szCs w:val="24"/>
        </w:rPr>
        <w:t>okresie</w:t>
      </w:r>
      <w:proofErr w:type="spellEnd"/>
      <w:r w:rsidRPr="00362B06">
        <w:rPr>
          <w:sz w:val="24"/>
          <w:szCs w:val="24"/>
        </w:rPr>
        <w:t xml:space="preserve">, o </w:t>
      </w:r>
      <w:proofErr w:type="spellStart"/>
      <w:r w:rsidRPr="00362B06">
        <w:rPr>
          <w:sz w:val="24"/>
          <w:szCs w:val="24"/>
        </w:rPr>
        <w:t>którym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mowa</w:t>
      </w:r>
      <w:proofErr w:type="spellEnd"/>
      <w:r w:rsidRPr="00362B06">
        <w:rPr>
          <w:sz w:val="24"/>
          <w:szCs w:val="24"/>
        </w:rPr>
        <w:t xml:space="preserve"> w </w:t>
      </w:r>
      <w:proofErr w:type="spellStart"/>
      <w:r w:rsidRPr="00362B06">
        <w:rPr>
          <w:sz w:val="24"/>
          <w:szCs w:val="24"/>
        </w:rPr>
        <w:t>ust</w:t>
      </w:r>
      <w:proofErr w:type="spellEnd"/>
      <w:r w:rsidRPr="00362B06">
        <w:rPr>
          <w:sz w:val="24"/>
          <w:szCs w:val="24"/>
        </w:rPr>
        <w:t xml:space="preserve">. 1, </w:t>
      </w:r>
      <w:proofErr w:type="spellStart"/>
      <w:r w:rsidRPr="00362B06">
        <w:rPr>
          <w:sz w:val="24"/>
          <w:szCs w:val="24"/>
        </w:rPr>
        <w:t>rodzic</w:t>
      </w:r>
      <w:proofErr w:type="spellEnd"/>
      <w:r w:rsidRPr="00362B06">
        <w:rPr>
          <w:sz w:val="24"/>
          <w:szCs w:val="24"/>
        </w:rPr>
        <w:t>/</w:t>
      </w:r>
      <w:proofErr w:type="spellStart"/>
      <w:r w:rsidRPr="00362B06">
        <w:rPr>
          <w:sz w:val="24"/>
          <w:szCs w:val="24"/>
        </w:rPr>
        <w:t>opiekun</w:t>
      </w:r>
      <w:proofErr w:type="spellEnd"/>
      <w:r w:rsidRPr="00362B06">
        <w:rPr>
          <w:sz w:val="24"/>
          <w:szCs w:val="24"/>
        </w:rPr>
        <w:t xml:space="preserve"> prawny </w:t>
      </w:r>
      <w:proofErr w:type="spellStart"/>
      <w:r w:rsidRPr="00362B06">
        <w:rPr>
          <w:sz w:val="24"/>
          <w:szCs w:val="24"/>
        </w:rPr>
        <w:t>wykonuje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przy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dziecku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niezbędne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czynności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higieniczne</w:t>
      </w:r>
      <w:proofErr w:type="spellEnd"/>
      <w:r w:rsidRPr="00362B06">
        <w:rPr>
          <w:sz w:val="24"/>
          <w:szCs w:val="24"/>
        </w:rPr>
        <w:t xml:space="preserve">, w </w:t>
      </w:r>
      <w:proofErr w:type="spellStart"/>
      <w:r w:rsidRPr="00362B06">
        <w:rPr>
          <w:sz w:val="24"/>
          <w:szCs w:val="24"/>
        </w:rPr>
        <w:t>szczególności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przewijanie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zmianę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pieluchy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mycie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przebieranie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oraz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inne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czynności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związan</w:t>
      </w:r>
      <w:r w:rsidR="00362B06" w:rsidRPr="00362B06">
        <w:rPr>
          <w:sz w:val="24"/>
          <w:szCs w:val="24"/>
        </w:rPr>
        <w:t>e</w:t>
      </w:r>
      <w:proofErr w:type="spellEnd"/>
      <w:r w:rsidR="00362B06" w:rsidRPr="00362B06">
        <w:rPr>
          <w:sz w:val="24"/>
          <w:szCs w:val="24"/>
        </w:rPr>
        <w:t xml:space="preserve"> z </w:t>
      </w:r>
      <w:proofErr w:type="spellStart"/>
      <w:r w:rsidR="00362B06" w:rsidRPr="00362B06">
        <w:rPr>
          <w:sz w:val="24"/>
          <w:szCs w:val="24"/>
        </w:rPr>
        <w:t>bieżącą</w:t>
      </w:r>
      <w:proofErr w:type="spellEnd"/>
      <w:r w:rsidR="00362B06" w:rsidRPr="00362B06">
        <w:rPr>
          <w:sz w:val="24"/>
          <w:szCs w:val="24"/>
        </w:rPr>
        <w:t xml:space="preserve"> </w:t>
      </w:r>
      <w:proofErr w:type="spellStart"/>
      <w:r w:rsidR="00362B06" w:rsidRPr="00362B06">
        <w:rPr>
          <w:sz w:val="24"/>
          <w:szCs w:val="24"/>
        </w:rPr>
        <w:t>pielęgnacją</w:t>
      </w:r>
      <w:proofErr w:type="spellEnd"/>
      <w:r w:rsidR="00362B06" w:rsidRPr="00362B06">
        <w:rPr>
          <w:sz w:val="24"/>
          <w:szCs w:val="24"/>
        </w:rPr>
        <w:t xml:space="preserve"> </w:t>
      </w:r>
      <w:proofErr w:type="spellStart"/>
      <w:r w:rsidR="00362B06" w:rsidRPr="00362B06">
        <w:rPr>
          <w:sz w:val="24"/>
          <w:szCs w:val="24"/>
        </w:rPr>
        <w:t>dziecka</w:t>
      </w:r>
      <w:proofErr w:type="spellEnd"/>
      <w:r w:rsidR="00362B06" w:rsidRPr="00362B06">
        <w:rPr>
          <w:sz w:val="24"/>
          <w:szCs w:val="24"/>
        </w:rPr>
        <w:t xml:space="preserve">. </w:t>
      </w:r>
    </w:p>
    <w:p w14:paraId="70511C1E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3. </w:t>
      </w:r>
      <w:proofErr w:type="spellStart"/>
      <w:r w:rsidRPr="00362B06">
        <w:rPr>
          <w:sz w:val="24"/>
          <w:szCs w:val="24"/>
        </w:rPr>
        <w:t>Rodzic</w:t>
      </w:r>
      <w:proofErr w:type="spellEnd"/>
      <w:r w:rsidRPr="00362B06">
        <w:rPr>
          <w:sz w:val="24"/>
          <w:szCs w:val="24"/>
        </w:rPr>
        <w:t>/</w:t>
      </w:r>
      <w:proofErr w:type="spellStart"/>
      <w:r w:rsidRPr="00362B06">
        <w:rPr>
          <w:sz w:val="24"/>
          <w:szCs w:val="24"/>
        </w:rPr>
        <w:t>opiekun</w:t>
      </w:r>
      <w:proofErr w:type="spellEnd"/>
      <w:r w:rsidRPr="00362B06">
        <w:rPr>
          <w:sz w:val="24"/>
          <w:szCs w:val="24"/>
        </w:rPr>
        <w:t xml:space="preserve"> prawny </w:t>
      </w:r>
      <w:proofErr w:type="spellStart"/>
      <w:r w:rsidRPr="00362B06">
        <w:rPr>
          <w:sz w:val="24"/>
          <w:szCs w:val="24"/>
        </w:rPr>
        <w:t>pozostaje</w:t>
      </w:r>
      <w:proofErr w:type="spellEnd"/>
      <w:r w:rsidRPr="00362B06">
        <w:rPr>
          <w:sz w:val="24"/>
          <w:szCs w:val="24"/>
        </w:rPr>
        <w:t xml:space="preserve"> w </w:t>
      </w:r>
      <w:proofErr w:type="spellStart"/>
      <w:r w:rsidRPr="00362B06">
        <w:rPr>
          <w:sz w:val="24"/>
          <w:szCs w:val="24"/>
        </w:rPr>
        <w:t>sali</w:t>
      </w:r>
      <w:proofErr w:type="spellEnd"/>
      <w:r w:rsidRPr="00362B06">
        <w:rPr>
          <w:sz w:val="24"/>
          <w:szCs w:val="24"/>
        </w:rPr>
        <w:t xml:space="preserve"> w </w:t>
      </w:r>
      <w:proofErr w:type="spellStart"/>
      <w:r w:rsidRPr="00362B06">
        <w:rPr>
          <w:sz w:val="24"/>
          <w:szCs w:val="24"/>
        </w:rPr>
        <w:t>sposób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umożliwiający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dziecku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stopniowe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poznanie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miejsca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opiekunek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rytmu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dnia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innych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dzieci</w:t>
      </w:r>
      <w:proofErr w:type="spellEnd"/>
      <w:r w:rsidRPr="00362B06">
        <w:rPr>
          <w:sz w:val="24"/>
          <w:szCs w:val="24"/>
        </w:rPr>
        <w:t xml:space="preserve">. </w:t>
      </w:r>
      <w:proofErr w:type="spellStart"/>
      <w:r w:rsidRPr="00362B06">
        <w:rPr>
          <w:sz w:val="24"/>
          <w:szCs w:val="24"/>
        </w:rPr>
        <w:t>Powinien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stosować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się</w:t>
      </w:r>
      <w:proofErr w:type="spellEnd"/>
      <w:r w:rsidRPr="00362B06">
        <w:rPr>
          <w:sz w:val="24"/>
          <w:szCs w:val="24"/>
        </w:rPr>
        <w:t xml:space="preserve"> do </w:t>
      </w:r>
      <w:proofErr w:type="spellStart"/>
      <w:r w:rsidRPr="00362B06">
        <w:rPr>
          <w:sz w:val="24"/>
          <w:szCs w:val="24"/>
        </w:rPr>
        <w:t>wskazówek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personelu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oraz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zasad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bezpieczeństwa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higieny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obowiązujących</w:t>
      </w:r>
      <w:proofErr w:type="spellEnd"/>
      <w:r w:rsidRPr="00362B06">
        <w:rPr>
          <w:sz w:val="24"/>
          <w:szCs w:val="24"/>
        </w:rPr>
        <w:t xml:space="preserve"> w </w:t>
      </w:r>
      <w:proofErr w:type="spellStart"/>
      <w:r w:rsidRPr="00362B06">
        <w:rPr>
          <w:sz w:val="24"/>
          <w:szCs w:val="24"/>
        </w:rPr>
        <w:t>Żłobku</w:t>
      </w:r>
      <w:proofErr w:type="spellEnd"/>
      <w:r w:rsidRPr="00362B06">
        <w:rPr>
          <w:sz w:val="24"/>
          <w:szCs w:val="24"/>
        </w:rPr>
        <w:t>.</w:t>
      </w:r>
    </w:p>
    <w:p w14:paraId="72B0A5EE" w14:textId="77777777" w:rsidR="00F81C10" w:rsidRPr="00362B06" w:rsidRDefault="005737D6" w:rsidP="00362B06">
      <w:pPr>
        <w:spacing w:after="160" w:line="240" w:lineRule="auto"/>
        <w:jc w:val="both"/>
        <w:rPr>
          <w:sz w:val="24"/>
          <w:szCs w:val="24"/>
        </w:rPr>
      </w:pPr>
      <w:r w:rsidRPr="00362B06">
        <w:rPr>
          <w:b/>
          <w:sz w:val="24"/>
          <w:szCs w:val="24"/>
        </w:rPr>
        <w:t xml:space="preserve">§ 4. Rola </w:t>
      </w:r>
      <w:proofErr w:type="spellStart"/>
      <w:r w:rsidRPr="00362B06">
        <w:rPr>
          <w:b/>
          <w:sz w:val="24"/>
          <w:szCs w:val="24"/>
        </w:rPr>
        <w:t>opiekunki</w:t>
      </w:r>
      <w:proofErr w:type="spellEnd"/>
    </w:p>
    <w:p w14:paraId="7DDA7F30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1. W </w:t>
      </w:r>
      <w:proofErr w:type="spellStart"/>
      <w:r w:rsidRPr="00362B06">
        <w:rPr>
          <w:sz w:val="24"/>
          <w:szCs w:val="24"/>
        </w:rPr>
        <w:t>czasie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obecności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rodzica</w:t>
      </w:r>
      <w:proofErr w:type="spellEnd"/>
      <w:r w:rsidRPr="00362B06">
        <w:rPr>
          <w:sz w:val="24"/>
          <w:szCs w:val="24"/>
        </w:rPr>
        <w:t xml:space="preserve"> w </w:t>
      </w:r>
      <w:proofErr w:type="spellStart"/>
      <w:r w:rsidRPr="00362B06">
        <w:rPr>
          <w:sz w:val="24"/>
          <w:szCs w:val="24"/>
        </w:rPr>
        <w:t>sali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opiekunka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wspiera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proces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adaptacji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nawiązuje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kontakt</w:t>
      </w:r>
      <w:proofErr w:type="spellEnd"/>
      <w:r w:rsidRPr="00362B06">
        <w:rPr>
          <w:sz w:val="24"/>
          <w:szCs w:val="24"/>
        </w:rPr>
        <w:t xml:space="preserve"> z </w:t>
      </w:r>
      <w:proofErr w:type="spellStart"/>
      <w:r w:rsidRPr="00362B06">
        <w:rPr>
          <w:sz w:val="24"/>
          <w:szCs w:val="24"/>
        </w:rPr>
        <w:t>dzieckiem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obserwuje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jego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potrzeby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udziela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rodzicowi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wskazówek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dotyczących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pobytu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dziecka</w:t>
      </w:r>
      <w:proofErr w:type="spellEnd"/>
      <w:r w:rsidRPr="00362B06">
        <w:rPr>
          <w:sz w:val="24"/>
          <w:szCs w:val="24"/>
        </w:rPr>
        <w:t xml:space="preserve"> w </w:t>
      </w:r>
      <w:proofErr w:type="spellStart"/>
      <w:r w:rsidRPr="00362B06">
        <w:rPr>
          <w:sz w:val="24"/>
          <w:szCs w:val="24"/>
        </w:rPr>
        <w:t>Żłobku</w:t>
      </w:r>
      <w:proofErr w:type="spellEnd"/>
      <w:r w:rsidRPr="00362B06">
        <w:rPr>
          <w:sz w:val="24"/>
          <w:szCs w:val="24"/>
        </w:rPr>
        <w:t>.</w:t>
      </w:r>
    </w:p>
    <w:p w14:paraId="424E4BA6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2. </w:t>
      </w:r>
      <w:proofErr w:type="spellStart"/>
      <w:r w:rsidRPr="00362B06">
        <w:rPr>
          <w:sz w:val="24"/>
          <w:szCs w:val="24"/>
        </w:rPr>
        <w:t>Odpowiedzialność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opiekunki</w:t>
      </w:r>
      <w:proofErr w:type="spellEnd"/>
      <w:r w:rsidRPr="00362B06">
        <w:rPr>
          <w:sz w:val="24"/>
          <w:szCs w:val="24"/>
        </w:rPr>
        <w:t xml:space="preserve"> za </w:t>
      </w:r>
      <w:proofErr w:type="spellStart"/>
      <w:r w:rsidRPr="00362B06">
        <w:rPr>
          <w:sz w:val="24"/>
          <w:szCs w:val="24"/>
        </w:rPr>
        <w:t>dziecko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rozpoczyna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się</w:t>
      </w:r>
      <w:proofErr w:type="spellEnd"/>
      <w:r w:rsidRPr="00362B06">
        <w:rPr>
          <w:sz w:val="24"/>
          <w:szCs w:val="24"/>
        </w:rPr>
        <w:t xml:space="preserve"> z </w:t>
      </w:r>
      <w:proofErr w:type="spellStart"/>
      <w:r w:rsidRPr="00362B06">
        <w:rPr>
          <w:sz w:val="24"/>
          <w:szCs w:val="24"/>
        </w:rPr>
        <w:t>chwilą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gdy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rodzic</w:t>
      </w:r>
      <w:proofErr w:type="spellEnd"/>
      <w:r w:rsidRPr="00362B06">
        <w:rPr>
          <w:sz w:val="24"/>
          <w:szCs w:val="24"/>
        </w:rPr>
        <w:t>/</w:t>
      </w:r>
      <w:proofErr w:type="spellStart"/>
      <w:r w:rsidRPr="00362B06">
        <w:rPr>
          <w:sz w:val="24"/>
          <w:szCs w:val="24"/>
        </w:rPr>
        <w:t>opiekun</w:t>
      </w:r>
      <w:proofErr w:type="spellEnd"/>
      <w:r w:rsidRPr="00362B06">
        <w:rPr>
          <w:sz w:val="24"/>
          <w:szCs w:val="24"/>
        </w:rPr>
        <w:t xml:space="preserve"> prawny </w:t>
      </w:r>
      <w:proofErr w:type="spellStart"/>
      <w:r w:rsidRPr="00362B06">
        <w:rPr>
          <w:sz w:val="24"/>
          <w:szCs w:val="24"/>
        </w:rPr>
        <w:t>nie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przebywa</w:t>
      </w:r>
      <w:proofErr w:type="spellEnd"/>
      <w:r w:rsidRPr="00362B06">
        <w:rPr>
          <w:sz w:val="24"/>
          <w:szCs w:val="24"/>
        </w:rPr>
        <w:t xml:space="preserve"> w </w:t>
      </w:r>
      <w:proofErr w:type="spellStart"/>
      <w:r w:rsidRPr="00362B06">
        <w:rPr>
          <w:sz w:val="24"/>
          <w:szCs w:val="24"/>
        </w:rPr>
        <w:t>sali</w:t>
      </w:r>
      <w:proofErr w:type="spellEnd"/>
      <w:r w:rsidRPr="00362B06">
        <w:rPr>
          <w:sz w:val="24"/>
          <w:szCs w:val="24"/>
        </w:rPr>
        <w:t xml:space="preserve">, a </w:t>
      </w:r>
      <w:proofErr w:type="spellStart"/>
      <w:r w:rsidRPr="00362B06">
        <w:rPr>
          <w:sz w:val="24"/>
          <w:szCs w:val="24"/>
        </w:rPr>
        <w:t>dziecko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zostało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skutecznie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przekazane</w:t>
      </w:r>
      <w:proofErr w:type="spellEnd"/>
      <w:r w:rsidRPr="00362B06">
        <w:rPr>
          <w:sz w:val="24"/>
          <w:szCs w:val="24"/>
        </w:rPr>
        <w:t xml:space="preserve"> pod </w:t>
      </w:r>
      <w:proofErr w:type="spellStart"/>
      <w:r w:rsidRPr="00362B06">
        <w:rPr>
          <w:sz w:val="24"/>
          <w:szCs w:val="24"/>
        </w:rPr>
        <w:t>opiekę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pracownika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Żłobka</w:t>
      </w:r>
      <w:proofErr w:type="spellEnd"/>
      <w:r w:rsidRPr="00362B06">
        <w:rPr>
          <w:sz w:val="24"/>
          <w:szCs w:val="24"/>
        </w:rPr>
        <w:t>.</w:t>
      </w:r>
    </w:p>
    <w:p w14:paraId="50B8F8D8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3. </w:t>
      </w:r>
      <w:proofErr w:type="spellStart"/>
      <w:r w:rsidRPr="00362B06">
        <w:rPr>
          <w:sz w:val="24"/>
          <w:szCs w:val="24"/>
        </w:rPr>
        <w:t>Każde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wyjście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rodzica</w:t>
      </w:r>
      <w:proofErr w:type="spellEnd"/>
      <w:r w:rsidRPr="00362B06">
        <w:rPr>
          <w:sz w:val="24"/>
          <w:szCs w:val="24"/>
        </w:rPr>
        <w:t xml:space="preserve"> z </w:t>
      </w:r>
      <w:proofErr w:type="spellStart"/>
      <w:r w:rsidRPr="00362B06">
        <w:rPr>
          <w:sz w:val="24"/>
          <w:szCs w:val="24"/>
        </w:rPr>
        <w:t>sali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powinno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zostać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uzgodnione</w:t>
      </w:r>
      <w:proofErr w:type="spellEnd"/>
      <w:r w:rsidRPr="00362B06">
        <w:rPr>
          <w:sz w:val="24"/>
          <w:szCs w:val="24"/>
        </w:rPr>
        <w:t xml:space="preserve"> z </w:t>
      </w:r>
      <w:proofErr w:type="spellStart"/>
      <w:r w:rsidRPr="00362B06">
        <w:rPr>
          <w:sz w:val="24"/>
          <w:szCs w:val="24"/>
        </w:rPr>
        <w:t>opiekunką</w:t>
      </w:r>
      <w:proofErr w:type="spellEnd"/>
      <w:r w:rsidRPr="00362B06">
        <w:rPr>
          <w:sz w:val="24"/>
          <w:szCs w:val="24"/>
        </w:rPr>
        <w:t xml:space="preserve">. </w:t>
      </w:r>
      <w:proofErr w:type="spellStart"/>
      <w:r w:rsidRPr="00362B06">
        <w:rPr>
          <w:sz w:val="24"/>
          <w:szCs w:val="24"/>
        </w:rPr>
        <w:t>Rodzic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informuje</w:t>
      </w:r>
      <w:proofErr w:type="spellEnd"/>
      <w:r w:rsidR="00362B06" w:rsidRPr="00362B06">
        <w:rPr>
          <w:sz w:val="24"/>
          <w:szCs w:val="24"/>
        </w:rPr>
        <w:t xml:space="preserve"> </w:t>
      </w:r>
      <w:proofErr w:type="spellStart"/>
      <w:r w:rsidR="00362B06" w:rsidRPr="00362B06">
        <w:rPr>
          <w:sz w:val="24"/>
          <w:szCs w:val="24"/>
        </w:rPr>
        <w:t>opiekunkę</w:t>
      </w:r>
      <w:proofErr w:type="spellEnd"/>
      <w:r w:rsidR="00362B06" w:rsidRPr="00362B06">
        <w:rPr>
          <w:sz w:val="24"/>
          <w:szCs w:val="24"/>
        </w:rPr>
        <w:t xml:space="preserve"> </w:t>
      </w:r>
      <w:proofErr w:type="spellStart"/>
      <w:r w:rsidR="00362B06" w:rsidRPr="00362B06">
        <w:rPr>
          <w:sz w:val="24"/>
          <w:szCs w:val="24"/>
        </w:rPr>
        <w:t>oraz</w:t>
      </w:r>
      <w:proofErr w:type="spellEnd"/>
      <w:r w:rsidR="00362B06" w:rsidRPr="00362B06">
        <w:rPr>
          <w:sz w:val="24"/>
          <w:szCs w:val="24"/>
        </w:rPr>
        <w:t xml:space="preserve"> </w:t>
      </w:r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dziecko</w:t>
      </w:r>
      <w:proofErr w:type="spellEnd"/>
      <w:r w:rsidR="00362B06" w:rsidRPr="00362B06">
        <w:rPr>
          <w:sz w:val="24"/>
          <w:szCs w:val="24"/>
        </w:rPr>
        <w:t xml:space="preserve"> </w:t>
      </w:r>
      <w:r w:rsidRPr="00362B06">
        <w:rPr>
          <w:sz w:val="24"/>
          <w:szCs w:val="24"/>
        </w:rPr>
        <w:t xml:space="preserve"> o </w:t>
      </w:r>
      <w:proofErr w:type="spellStart"/>
      <w:r w:rsidRPr="00362B06">
        <w:rPr>
          <w:sz w:val="24"/>
          <w:szCs w:val="24"/>
        </w:rPr>
        <w:t>swoim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wyjściu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pozostaje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dostępny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telefonicznie</w:t>
      </w:r>
      <w:proofErr w:type="spellEnd"/>
      <w:r w:rsidRPr="00362B06">
        <w:rPr>
          <w:sz w:val="24"/>
          <w:szCs w:val="24"/>
        </w:rPr>
        <w:t>.</w:t>
      </w:r>
    </w:p>
    <w:p w14:paraId="632F52A1" w14:textId="77777777" w:rsidR="00F81C10" w:rsidRPr="00362B06" w:rsidRDefault="005737D6" w:rsidP="00362B06">
      <w:pPr>
        <w:spacing w:after="160" w:line="240" w:lineRule="auto"/>
        <w:jc w:val="both"/>
        <w:rPr>
          <w:sz w:val="24"/>
          <w:szCs w:val="24"/>
        </w:rPr>
      </w:pPr>
      <w:r w:rsidRPr="00362B06">
        <w:rPr>
          <w:b/>
          <w:sz w:val="24"/>
          <w:szCs w:val="24"/>
        </w:rPr>
        <w:t xml:space="preserve">§ 5. </w:t>
      </w:r>
      <w:proofErr w:type="spellStart"/>
      <w:r w:rsidRPr="00362B06">
        <w:rPr>
          <w:b/>
          <w:sz w:val="24"/>
          <w:szCs w:val="24"/>
        </w:rPr>
        <w:t>Obowiązki</w:t>
      </w:r>
      <w:proofErr w:type="spellEnd"/>
      <w:r w:rsidRPr="00362B06">
        <w:rPr>
          <w:b/>
          <w:sz w:val="24"/>
          <w:szCs w:val="24"/>
        </w:rPr>
        <w:t xml:space="preserve"> </w:t>
      </w:r>
      <w:proofErr w:type="spellStart"/>
      <w:r w:rsidRPr="00362B06">
        <w:rPr>
          <w:b/>
          <w:sz w:val="24"/>
          <w:szCs w:val="24"/>
        </w:rPr>
        <w:t>rodzica</w:t>
      </w:r>
      <w:proofErr w:type="spellEnd"/>
    </w:p>
    <w:p w14:paraId="2981D45D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1. </w:t>
      </w:r>
      <w:proofErr w:type="spellStart"/>
      <w:r w:rsidRPr="00362B06">
        <w:rPr>
          <w:sz w:val="24"/>
          <w:szCs w:val="24"/>
        </w:rPr>
        <w:t>Rodzic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zapewnia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dziecku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wyprawkę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zgodną</w:t>
      </w:r>
      <w:proofErr w:type="spellEnd"/>
      <w:r w:rsidRPr="00362B06">
        <w:rPr>
          <w:sz w:val="24"/>
          <w:szCs w:val="24"/>
        </w:rPr>
        <w:t xml:space="preserve"> z </w:t>
      </w:r>
      <w:proofErr w:type="spellStart"/>
      <w:r w:rsidRPr="00362B06">
        <w:rPr>
          <w:sz w:val="24"/>
          <w:szCs w:val="24"/>
        </w:rPr>
        <w:t>wymaganiami</w:t>
      </w:r>
      <w:proofErr w:type="spellEnd"/>
      <w:r w:rsidRPr="00362B06">
        <w:rPr>
          <w:sz w:val="24"/>
          <w:szCs w:val="24"/>
        </w:rPr>
        <w:t xml:space="preserve"> Żłobka, w </w:t>
      </w:r>
      <w:proofErr w:type="spellStart"/>
      <w:r w:rsidRPr="00362B06">
        <w:rPr>
          <w:sz w:val="24"/>
          <w:szCs w:val="24"/>
        </w:rPr>
        <w:t>szczególności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pieluchy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chusteczki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ubrania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na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zmianę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oraz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inne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potrzebne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rzeczy</w:t>
      </w:r>
      <w:proofErr w:type="spellEnd"/>
      <w:r w:rsidRPr="00362B06">
        <w:rPr>
          <w:sz w:val="24"/>
          <w:szCs w:val="24"/>
        </w:rPr>
        <w:t>.</w:t>
      </w:r>
    </w:p>
    <w:p w14:paraId="74BCC082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2. </w:t>
      </w:r>
      <w:proofErr w:type="spellStart"/>
      <w:r w:rsidRPr="00362B06">
        <w:rPr>
          <w:sz w:val="24"/>
          <w:szCs w:val="24"/>
        </w:rPr>
        <w:t>Rodzic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przekazuje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personelowi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aktualne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informacje</w:t>
      </w:r>
      <w:proofErr w:type="spellEnd"/>
      <w:r w:rsidRPr="00362B06">
        <w:rPr>
          <w:sz w:val="24"/>
          <w:szCs w:val="24"/>
        </w:rPr>
        <w:t xml:space="preserve"> o </w:t>
      </w:r>
      <w:proofErr w:type="spellStart"/>
      <w:r w:rsidRPr="00362B06">
        <w:rPr>
          <w:sz w:val="24"/>
          <w:szCs w:val="24"/>
        </w:rPr>
        <w:t>zdrowiu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dziecka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alergiach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diecie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lekach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="00362B06" w:rsidRPr="00362B06">
        <w:rPr>
          <w:sz w:val="24"/>
          <w:szCs w:val="24"/>
        </w:rPr>
        <w:t>i</w:t>
      </w:r>
      <w:proofErr w:type="spellEnd"/>
      <w:r w:rsidR="00362B06" w:rsidRPr="00362B06">
        <w:rPr>
          <w:sz w:val="24"/>
          <w:szCs w:val="24"/>
        </w:rPr>
        <w:t> </w:t>
      </w:r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innych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okolicznościach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istotnych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dla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bezpiecznej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opieki</w:t>
      </w:r>
      <w:proofErr w:type="spellEnd"/>
      <w:r w:rsidRPr="00362B06">
        <w:rPr>
          <w:sz w:val="24"/>
          <w:szCs w:val="24"/>
        </w:rPr>
        <w:t>.</w:t>
      </w:r>
    </w:p>
    <w:p w14:paraId="08323B6F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3. </w:t>
      </w:r>
      <w:proofErr w:type="spellStart"/>
      <w:r w:rsidRPr="00362B06">
        <w:rPr>
          <w:sz w:val="24"/>
          <w:szCs w:val="24"/>
        </w:rPr>
        <w:t>Rodzic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przyprowadza</w:t>
      </w:r>
      <w:proofErr w:type="spellEnd"/>
      <w:r w:rsidRPr="00362B06">
        <w:rPr>
          <w:sz w:val="24"/>
          <w:szCs w:val="24"/>
        </w:rPr>
        <w:t xml:space="preserve"> do </w:t>
      </w:r>
      <w:proofErr w:type="spellStart"/>
      <w:r w:rsidRPr="00362B06">
        <w:rPr>
          <w:sz w:val="24"/>
          <w:szCs w:val="24"/>
        </w:rPr>
        <w:t>Żłobka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wyłącznie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dziecko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zdrowe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informuje</w:t>
      </w:r>
      <w:proofErr w:type="spellEnd"/>
      <w:r w:rsidRPr="00362B06">
        <w:rPr>
          <w:sz w:val="24"/>
          <w:szCs w:val="24"/>
        </w:rPr>
        <w:t xml:space="preserve"> o </w:t>
      </w:r>
      <w:proofErr w:type="spellStart"/>
      <w:r w:rsidRPr="00362B06">
        <w:rPr>
          <w:sz w:val="24"/>
          <w:szCs w:val="24"/>
        </w:rPr>
        <w:t>nieobecności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lub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zmianach</w:t>
      </w:r>
      <w:proofErr w:type="spellEnd"/>
      <w:r w:rsidRPr="00362B06">
        <w:rPr>
          <w:sz w:val="24"/>
          <w:szCs w:val="24"/>
        </w:rPr>
        <w:t xml:space="preserve"> w</w:t>
      </w:r>
      <w:r w:rsidR="00362B06" w:rsidRPr="00362B06">
        <w:rPr>
          <w:sz w:val="24"/>
          <w:szCs w:val="24"/>
        </w:rPr>
        <w:t> </w:t>
      </w:r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planie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adaptacji</w:t>
      </w:r>
      <w:proofErr w:type="spellEnd"/>
      <w:r w:rsidRPr="00362B06">
        <w:rPr>
          <w:sz w:val="24"/>
          <w:szCs w:val="24"/>
        </w:rPr>
        <w:t>.</w:t>
      </w:r>
    </w:p>
    <w:p w14:paraId="0A1EBCB6" w14:textId="77777777" w:rsidR="00F81C10" w:rsidRPr="00362B06" w:rsidRDefault="005737D6" w:rsidP="00362B06">
      <w:pPr>
        <w:spacing w:after="160" w:line="240" w:lineRule="auto"/>
        <w:jc w:val="both"/>
        <w:rPr>
          <w:sz w:val="24"/>
          <w:szCs w:val="24"/>
        </w:rPr>
      </w:pPr>
      <w:r w:rsidRPr="00362B06">
        <w:rPr>
          <w:b/>
          <w:sz w:val="24"/>
          <w:szCs w:val="24"/>
        </w:rPr>
        <w:lastRenderedPageBreak/>
        <w:t xml:space="preserve">§ 6. </w:t>
      </w:r>
      <w:proofErr w:type="spellStart"/>
      <w:r w:rsidRPr="00362B06">
        <w:rPr>
          <w:b/>
          <w:sz w:val="24"/>
          <w:szCs w:val="24"/>
        </w:rPr>
        <w:t>Postanowienia</w:t>
      </w:r>
      <w:proofErr w:type="spellEnd"/>
      <w:r w:rsidRPr="00362B06">
        <w:rPr>
          <w:b/>
          <w:sz w:val="24"/>
          <w:szCs w:val="24"/>
        </w:rPr>
        <w:t xml:space="preserve"> </w:t>
      </w:r>
      <w:proofErr w:type="spellStart"/>
      <w:r w:rsidRPr="00362B06">
        <w:rPr>
          <w:b/>
          <w:sz w:val="24"/>
          <w:szCs w:val="24"/>
        </w:rPr>
        <w:t>końcowe</w:t>
      </w:r>
      <w:proofErr w:type="spellEnd"/>
    </w:p>
    <w:p w14:paraId="583A4C1C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1. </w:t>
      </w:r>
      <w:proofErr w:type="spellStart"/>
      <w:r w:rsidRPr="00362B06">
        <w:rPr>
          <w:sz w:val="24"/>
          <w:szCs w:val="24"/>
        </w:rPr>
        <w:t>Adaptacja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przebiega</w:t>
      </w:r>
      <w:proofErr w:type="spellEnd"/>
      <w:r w:rsidRPr="00362B06">
        <w:rPr>
          <w:sz w:val="24"/>
          <w:szCs w:val="24"/>
        </w:rPr>
        <w:t xml:space="preserve"> w </w:t>
      </w:r>
      <w:proofErr w:type="spellStart"/>
      <w:r w:rsidRPr="00362B06">
        <w:rPr>
          <w:sz w:val="24"/>
          <w:szCs w:val="24"/>
        </w:rPr>
        <w:t>sposób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elastyczny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może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zostać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wydłużona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albo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zmodyfikowana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jeżeli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wymaga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tego</w:t>
      </w:r>
      <w:proofErr w:type="spellEnd"/>
      <w:r w:rsidRPr="00362B06">
        <w:rPr>
          <w:sz w:val="24"/>
          <w:szCs w:val="24"/>
        </w:rPr>
        <w:t xml:space="preserve"> dobro </w:t>
      </w:r>
      <w:proofErr w:type="spellStart"/>
      <w:r w:rsidRPr="00362B06">
        <w:rPr>
          <w:sz w:val="24"/>
          <w:szCs w:val="24"/>
        </w:rPr>
        <w:t>dziecka</w:t>
      </w:r>
      <w:proofErr w:type="spellEnd"/>
      <w:r w:rsidRPr="00362B06">
        <w:rPr>
          <w:sz w:val="24"/>
          <w:szCs w:val="24"/>
        </w:rPr>
        <w:t>.</w:t>
      </w:r>
    </w:p>
    <w:p w14:paraId="4F86BEA3" w14:textId="77777777" w:rsidR="00F81C10" w:rsidRPr="00362B06" w:rsidRDefault="005737D6" w:rsidP="00362B06">
      <w:pPr>
        <w:spacing w:after="12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2. W </w:t>
      </w:r>
      <w:proofErr w:type="spellStart"/>
      <w:r w:rsidRPr="00362B06">
        <w:rPr>
          <w:sz w:val="24"/>
          <w:szCs w:val="24"/>
        </w:rPr>
        <w:t>sprawach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nieuregulowanych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stosuje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się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statut</w:t>
      </w:r>
      <w:proofErr w:type="spellEnd"/>
      <w:r w:rsidRPr="00362B06">
        <w:rPr>
          <w:sz w:val="24"/>
          <w:szCs w:val="24"/>
        </w:rPr>
        <w:t xml:space="preserve">, </w:t>
      </w:r>
      <w:proofErr w:type="spellStart"/>
      <w:r w:rsidRPr="00362B06">
        <w:rPr>
          <w:sz w:val="24"/>
          <w:szCs w:val="24"/>
        </w:rPr>
        <w:t>regulamin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organizacyjny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oraz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pozostałe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procedury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obowiązujące</w:t>
      </w:r>
      <w:proofErr w:type="spellEnd"/>
      <w:r w:rsidRPr="00362B06">
        <w:rPr>
          <w:sz w:val="24"/>
          <w:szCs w:val="24"/>
        </w:rPr>
        <w:t xml:space="preserve"> w </w:t>
      </w:r>
      <w:proofErr w:type="spellStart"/>
      <w:r w:rsidRPr="00362B06">
        <w:rPr>
          <w:sz w:val="24"/>
          <w:szCs w:val="24"/>
        </w:rPr>
        <w:t>Publicznym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Żłobku</w:t>
      </w:r>
      <w:proofErr w:type="spellEnd"/>
      <w:r w:rsidRPr="00362B06">
        <w:rPr>
          <w:sz w:val="24"/>
          <w:szCs w:val="24"/>
        </w:rPr>
        <w:t xml:space="preserve"> w Stromcu.</w:t>
      </w:r>
    </w:p>
    <w:p w14:paraId="7F4C65B4" w14:textId="77777777" w:rsidR="00F81C10" w:rsidRPr="00362B06" w:rsidRDefault="005737D6" w:rsidP="00362B06">
      <w:pPr>
        <w:spacing w:after="280" w:line="240" w:lineRule="auto"/>
        <w:jc w:val="both"/>
        <w:rPr>
          <w:sz w:val="24"/>
          <w:szCs w:val="24"/>
        </w:rPr>
      </w:pPr>
      <w:r w:rsidRPr="00362B06">
        <w:rPr>
          <w:sz w:val="24"/>
          <w:szCs w:val="24"/>
        </w:rPr>
        <w:t xml:space="preserve">3. </w:t>
      </w:r>
      <w:proofErr w:type="spellStart"/>
      <w:r w:rsidRPr="00362B06">
        <w:rPr>
          <w:sz w:val="24"/>
          <w:szCs w:val="24"/>
        </w:rPr>
        <w:t>Zasady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obowiązują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od</w:t>
      </w:r>
      <w:proofErr w:type="spellEnd"/>
      <w:r w:rsidRPr="00362B06">
        <w:rPr>
          <w:sz w:val="24"/>
          <w:szCs w:val="24"/>
        </w:rPr>
        <w:t xml:space="preserve"> </w:t>
      </w:r>
      <w:proofErr w:type="spellStart"/>
      <w:r w:rsidRPr="00362B06">
        <w:rPr>
          <w:sz w:val="24"/>
          <w:szCs w:val="24"/>
        </w:rPr>
        <w:t>dnia</w:t>
      </w:r>
      <w:proofErr w:type="spellEnd"/>
      <w:r w:rsidRPr="00362B06">
        <w:rPr>
          <w:sz w:val="24"/>
          <w:szCs w:val="24"/>
        </w:rPr>
        <w:t xml:space="preserve"> </w:t>
      </w:r>
      <w:r w:rsidR="00362B06" w:rsidRPr="00362B06">
        <w:rPr>
          <w:sz w:val="24"/>
          <w:szCs w:val="24"/>
        </w:rPr>
        <w:t xml:space="preserve">01.09.2026 r. </w:t>
      </w:r>
    </w:p>
    <w:p w14:paraId="2C5B0B6B" w14:textId="77777777" w:rsidR="00362B06" w:rsidRPr="00362B06" w:rsidRDefault="00362B06" w:rsidP="00362B06">
      <w:pPr>
        <w:spacing w:after="120" w:line="240" w:lineRule="auto"/>
        <w:rPr>
          <w:sz w:val="24"/>
          <w:szCs w:val="24"/>
        </w:rPr>
      </w:pPr>
    </w:p>
    <w:p w14:paraId="7D73B8CB" w14:textId="454B2667" w:rsidR="00362B06" w:rsidRPr="00362B06" w:rsidRDefault="00362B06" w:rsidP="00362B06">
      <w:pPr>
        <w:spacing w:after="120" w:line="240" w:lineRule="auto"/>
        <w:jc w:val="right"/>
        <w:rPr>
          <w:sz w:val="24"/>
          <w:szCs w:val="24"/>
        </w:rPr>
      </w:pPr>
      <w:r w:rsidRPr="00362B06">
        <w:rPr>
          <w:sz w:val="24"/>
          <w:szCs w:val="24"/>
        </w:rPr>
        <w:t xml:space="preserve"> </w:t>
      </w:r>
    </w:p>
    <w:sectPr w:rsidR="00362B06" w:rsidRPr="00362B06" w:rsidSect="00034616">
      <w:foot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036A7" w14:textId="77777777" w:rsidR="003F7FD3" w:rsidRDefault="003F7FD3" w:rsidP="00F81C10">
      <w:pPr>
        <w:spacing w:after="0" w:line="240" w:lineRule="auto"/>
      </w:pPr>
      <w:r>
        <w:separator/>
      </w:r>
    </w:p>
  </w:endnote>
  <w:endnote w:type="continuationSeparator" w:id="0">
    <w:p w14:paraId="57E25CA8" w14:textId="77777777" w:rsidR="003F7FD3" w:rsidRDefault="003F7FD3" w:rsidP="00F81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98182" w14:textId="77777777" w:rsidR="00F81C10" w:rsidRDefault="005737D6">
    <w:pPr>
      <w:pStyle w:val="Stopka"/>
      <w:jc w:val="center"/>
    </w:pPr>
    <w:proofErr w:type="spellStart"/>
    <w:r>
      <w:rPr>
        <w:sz w:val="18"/>
      </w:rPr>
      <w:t>Publiczny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Żłobek</w:t>
    </w:r>
    <w:proofErr w:type="spellEnd"/>
    <w:r>
      <w:rPr>
        <w:sz w:val="18"/>
      </w:rPr>
      <w:t xml:space="preserve"> w </w:t>
    </w:r>
    <w:proofErr w:type="spellStart"/>
    <w:r>
      <w:rPr>
        <w:sz w:val="18"/>
      </w:rPr>
      <w:t>Stromcu</w:t>
    </w:r>
    <w:proofErr w:type="spellEnd"/>
    <w:r>
      <w:rPr>
        <w:sz w:val="18"/>
      </w:rPr>
      <w:t xml:space="preserve"> • </w:t>
    </w:r>
    <w:proofErr w:type="spellStart"/>
    <w:r>
      <w:rPr>
        <w:sz w:val="18"/>
      </w:rPr>
      <w:t>Zasady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adaptacji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A0525" w14:textId="77777777" w:rsidR="003F7FD3" w:rsidRDefault="003F7FD3" w:rsidP="00F81C10">
      <w:pPr>
        <w:spacing w:after="0" w:line="240" w:lineRule="auto"/>
      </w:pPr>
      <w:r>
        <w:separator/>
      </w:r>
    </w:p>
  </w:footnote>
  <w:footnote w:type="continuationSeparator" w:id="0">
    <w:p w14:paraId="0FF76FA2" w14:textId="77777777" w:rsidR="003F7FD3" w:rsidRDefault="003F7FD3" w:rsidP="00F81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5339559">
    <w:abstractNumId w:val="8"/>
  </w:num>
  <w:num w:numId="2" w16cid:durableId="1228760915">
    <w:abstractNumId w:val="6"/>
  </w:num>
  <w:num w:numId="3" w16cid:durableId="544029700">
    <w:abstractNumId w:val="5"/>
  </w:num>
  <w:num w:numId="4" w16cid:durableId="825560157">
    <w:abstractNumId w:val="4"/>
  </w:num>
  <w:num w:numId="5" w16cid:durableId="1834250061">
    <w:abstractNumId w:val="7"/>
  </w:num>
  <w:num w:numId="6" w16cid:durableId="1880818014">
    <w:abstractNumId w:val="3"/>
  </w:num>
  <w:num w:numId="7" w16cid:durableId="963580276">
    <w:abstractNumId w:val="2"/>
  </w:num>
  <w:num w:numId="8" w16cid:durableId="101725453">
    <w:abstractNumId w:val="1"/>
  </w:num>
  <w:num w:numId="9" w16cid:durableId="2018117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2B06"/>
    <w:rsid w:val="003F7FD3"/>
    <w:rsid w:val="005737D6"/>
    <w:rsid w:val="00AA1D8D"/>
    <w:rsid w:val="00B47730"/>
    <w:rsid w:val="00CB0664"/>
    <w:rsid w:val="00F06F9E"/>
    <w:rsid w:val="00F17608"/>
    <w:rsid w:val="00F81C10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9D1F36"/>
  <w15:docId w15:val="{D446BE03-51C1-47E6-9568-9E76B97F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Kamila Dobosz</cp:lastModifiedBy>
  <cp:revision>3</cp:revision>
  <dcterms:created xsi:type="dcterms:W3CDTF">2026-08-26T18:45:00Z</dcterms:created>
  <dcterms:modified xsi:type="dcterms:W3CDTF">2026-09-17T13:21:00Z</dcterms:modified>
</cp:coreProperties>
</file>