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1068D" w14:textId="77777777" w:rsidR="005515ED" w:rsidRPr="00E66CFA" w:rsidRDefault="00BB6B28">
      <w:pPr>
        <w:spacing w:after="200"/>
        <w:jc w:val="center"/>
        <w:rPr>
          <w:lang w:val="pl-PL"/>
        </w:rPr>
      </w:pPr>
      <w:r w:rsidRPr="00E66CFA">
        <w:rPr>
          <w:b/>
          <w:sz w:val="28"/>
          <w:lang w:val="pl-PL"/>
        </w:rPr>
        <w:t>OŚWIADCZENIE O REZYGNACJI</w:t>
      </w:r>
      <w:r w:rsidRPr="00E66CFA">
        <w:rPr>
          <w:b/>
          <w:sz w:val="28"/>
          <w:lang w:val="pl-PL"/>
        </w:rPr>
        <w:br/>
        <w:t>Z MIEJSCA W PUBLICZNYM ŻŁOBKU W STROMCU</w:t>
      </w:r>
    </w:p>
    <w:p w14:paraId="6E8547B4" w14:textId="77777777" w:rsidR="005515ED" w:rsidRPr="00E66CFA" w:rsidRDefault="00BB6B28">
      <w:pPr>
        <w:jc w:val="right"/>
        <w:rPr>
          <w:lang w:val="pl-PL"/>
        </w:rPr>
      </w:pPr>
      <w:r w:rsidRPr="00E66CFA">
        <w:rPr>
          <w:lang w:val="pl-PL"/>
        </w:rPr>
        <w:t>Stromiec, dnia ………………………………</w:t>
      </w:r>
    </w:p>
    <w:p w14:paraId="0A1CC798" w14:textId="5D1C72F0" w:rsidR="005515ED" w:rsidRPr="00E66CFA" w:rsidRDefault="00BB6B28">
      <w:pPr>
        <w:spacing w:after="60"/>
        <w:rPr>
          <w:lang w:val="pl-PL"/>
        </w:rPr>
      </w:pPr>
      <w:r w:rsidRPr="00E66CFA">
        <w:rPr>
          <w:lang w:val="pl-PL"/>
        </w:rPr>
        <w:t xml:space="preserve">Imię i nazwisko rodzica/opiekuna prawnego: </w:t>
      </w:r>
      <w:r w:rsidR="00E66CFA" w:rsidRPr="00E66CFA">
        <w:rPr>
          <w:lang w:val="pl-PL"/>
        </w:rPr>
        <w:t>………………………………………………………………………………………………………………………………</w:t>
      </w:r>
    </w:p>
    <w:p w14:paraId="0D21C7CC" w14:textId="72331CDD" w:rsidR="005515ED" w:rsidRPr="00E66CFA" w:rsidRDefault="00BB6B28">
      <w:pPr>
        <w:spacing w:after="60"/>
        <w:rPr>
          <w:lang w:val="pl-PL"/>
        </w:rPr>
      </w:pPr>
      <w:r w:rsidRPr="00E66CFA">
        <w:rPr>
          <w:lang w:val="pl-PL"/>
        </w:rPr>
        <w:t xml:space="preserve">Imię i nazwisko dziecka: </w:t>
      </w:r>
      <w:r w:rsidR="00E66CFA" w:rsidRPr="00E66CFA"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FA8BB7" w14:textId="0B009433" w:rsidR="005515ED" w:rsidRPr="00E66CFA" w:rsidRDefault="00BB6B28">
      <w:pPr>
        <w:spacing w:after="60"/>
        <w:rPr>
          <w:lang w:val="pl-PL"/>
        </w:rPr>
      </w:pPr>
      <w:r w:rsidRPr="00E66CFA">
        <w:rPr>
          <w:lang w:val="pl-PL"/>
        </w:rPr>
        <w:t xml:space="preserve">Data urodzenia dziecka: </w:t>
      </w:r>
      <w:r w:rsidR="00E66CFA" w:rsidRPr="00E66CFA"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CEC493" w14:textId="18E957A8" w:rsidR="005515ED" w:rsidRPr="00E66CFA" w:rsidRDefault="00BB6B28">
      <w:pPr>
        <w:spacing w:after="60"/>
        <w:rPr>
          <w:lang w:val="pl-PL"/>
        </w:rPr>
      </w:pPr>
      <w:r w:rsidRPr="00E66CFA">
        <w:rPr>
          <w:lang w:val="pl-PL"/>
        </w:rPr>
        <w:t xml:space="preserve">Numer umowy (jeżeli nadano): </w:t>
      </w:r>
      <w:r w:rsidR="00E66CFA" w:rsidRPr="00E66CFA"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57EDC2" w14:textId="77777777" w:rsidR="005515ED" w:rsidRPr="00E66CFA" w:rsidRDefault="00BB6B28">
      <w:pPr>
        <w:rPr>
          <w:lang w:val="pl-PL"/>
        </w:rPr>
      </w:pPr>
      <w:r w:rsidRPr="00E66CFA">
        <w:rPr>
          <w:lang w:val="pl-PL"/>
        </w:rPr>
        <w:t>Oświadczam, że rezygnuję z miejsca przeznaczonego dla mojego dziecka w Publicznym Żłobku w Stromcu, ul. Radomska 72, 26-804 Stromiec, z zachowaniem okresu wypowiedzenia wynikającego z zawartej umowy.</w:t>
      </w:r>
    </w:p>
    <w:p w14:paraId="6848E159" w14:textId="67C482DB" w:rsidR="005515ED" w:rsidRPr="00E66CFA" w:rsidRDefault="00BB6B28">
      <w:pPr>
        <w:spacing w:after="60"/>
        <w:rPr>
          <w:lang w:val="pl-PL"/>
        </w:rPr>
      </w:pPr>
      <w:r w:rsidRPr="00E66CFA">
        <w:rPr>
          <w:lang w:val="pl-PL"/>
        </w:rPr>
        <w:t xml:space="preserve">Proponowany dzień rozwiązania umowy / zakończenia korzystania z opieki: </w:t>
      </w:r>
      <w:r w:rsidR="00E66CFA" w:rsidRPr="00E66CFA"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FA042C" w14:textId="77777777" w:rsidR="005515ED" w:rsidRPr="00E66CFA" w:rsidRDefault="00BB6B28">
      <w:pPr>
        <w:rPr>
          <w:lang w:val="pl-PL"/>
        </w:rPr>
      </w:pPr>
      <w:r w:rsidRPr="00E66CFA">
        <w:rPr>
          <w:lang w:val="pl-PL"/>
        </w:rPr>
        <w:t>Proszę o potwierdzenie przyjęcia rezygnacji oraz dokonanie końcowego rozliczenia należności.</w:t>
      </w:r>
    </w:p>
    <w:p w14:paraId="687EFAF3" w14:textId="77777777" w:rsidR="005515ED" w:rsidRPr="00E66CFA" w:rsidRDefault="00BB6B28">
      <w:pPr>
        <w:rPr>
          <w:lang w:val="pl-PL"/>
        </w:rPr>
      </w:pPr>
      <w:r w:rsidRPr="00E66CFA">
        <w:rPr>
          <w:b/>
          <w:lang w:val="pl-PL"/>
        </w:rPr>
        <w:t xml:space="preserve">Rachunek bankowy do zwrotu ewentualnej nadpłaty </w:t>
      </w:r>
      <w:r w:rsidRPr="00E66CFA">
        <w:rPr>
          <w:lang w:val="pl-PL"/>
        </w:rPr>
        <w:t>(wypełnić tylko, jeżeli zwrot ma nastąpić na rachunek bankowy):</w:t>
      </w:r>
    </w:p>
    <w:p w14:paraId="22216BB6" w14:textId="51B72DE0" w:rsidR="005515ED" w:rsidRDefault="00E66CFA">
      <w:pPr>
        <w:spacing w:before="80"/>
        <w:rPr>
          <w:i/>
          <w:sz w:val="18"/>
          <w:lang w:val="pl-PL"/>
        </w:rPr>
      </w:pPr>
      <w:r w:rsidRPr="00E66CFA"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89330B" w14:textId="77777777" w:rsidR="00E66CFA" w:rsidRPr="00E66CFA" w:rsidRDefault="00E66CFA">
      <w:pPr>
        <w:spacing w:before="8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5515ED" w:rsidRPr="00E66CFA" w14:paraId="54AD6109" w14:textId="77777777">
        <w:trPr>
          <w:jc w:val="center"/>
        </w:trPr>
        <w:tc>
          <w:tcPr>
            <w:tcW w:w="5100" w:type="dxa"/>
            <w:vAlign w:val="center"/>
          </w:tcPr>
          <w:p w14:paraId="772DE9E6" w14:textId="77777777" w:rsidR="005515ED" w:rsidRPr="00E66CFA" w:rsidRDefault="00BB6B28">
            <w:pPr>
              <w:jc w:val="center"/>
              <w:rPr>
                <w:lang w:val="pl-PL"/>
              </w:rPr>
            </w:pPr>
            <w:r w:rsidRPr="00E66CFA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37731304" w14:textId="77777777" w:rsidR="005515ED" w:rsidRPr="00E66CFA" w:rsidRDefault="00BB6B28">
            <w:pPr>
              <w:jc w:val="center"/>
              <w:rPr>
                <w:lang w:val="pl-PL"/>
              </w:rPr>
            </w:pPr>
            <w:r w:rsidRPr="00E66CFA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5515ED" w:rsidRPr="00E66CFA" w14:paraId="04BFC951" w14:textId="77777777">
        <w:trPr>
          <w:jc w:val="center"/>
        </w:trPr>
        <w:tc>
          <w:tcPr>
            <w:tcW w:w="5100" w:type="dxa"/>
            <w:vAlign w:val="center"/>
          </w:tcPr>
          <w:p w14:paraId="1A707548" w14:textId="77777777" w:rsidR="005515ED" w:rsidRPr="00E66CFA" w:rsidRDefault="00BB6B28">
            <w:pPr>
              <w:jc w:val="center"/>
              <w:rPr>
                <w:lang w:val="pl-PL"/>
              </w:rPr>
            </w:pPr>
            <w:r w:rsidRPr="00E66CFA">
              <w:rPr>
                <w:sz w:val="19"/>
                <w:lang w:val="pl-PL"/>
              </w:rPr>
              <w:t>(data)</w:t>
            </w:r>
          </w:p>
        </w:tc>
        <w:tc>
          <w:tcPr>
            <w:tcW w:w="5100" w:type="dxa"/>
            <w:vAlign w:val="center"/>
          </w:tcPr>
          <w:p w14:paraId="67500AEB" w14:textId="77777777" w:rsidR="005515ED" w:rsidRPr="00E66CFA" w:rsidRDefault="00BB6B28">
            <w:pPr>
              <w:jc w:val="center"/>
              <w:rPr>
                <w:lang w:val="pl-PL"/>
              </w:rPr>
            </w:pPr>
            <w:r w:rsidRPr="00E66CFA">
              <w:rPr>
                <w:sz w:val="19"/>
                <w:lang w:val="pl-PL"/>
              </w:rPr>
              <w:t>(czytelny podpis rodzica/opiekuna prawnego)</w:t>
            </w:r>
          </w:p>
        </w:tc>
      </w:tr>
    </w:tbl>
    <w:p w14:paraId="155DA06B" w14:textId="77777777" w:rsidR="00E66CFA" w:rsidRDefault="00E66CFA">
      <w:pPr>
        <w:rPr>
          <w:b/>
          <w:sz w:val="17"/>
          <w:lang w:val="pl-PL"/>
        </w:rPr>
      </w:pPr>
    </w:p>
    <w:p w14:paraId="4C9AEA23" w14:textId="0B77FE26" w:rsidR="005515ED" w:rsidRPr="00E66CFA" w:rsidRDefault="00BB6B28">
      <w:pPr>
        <w:rPr>
          <w:lang w:val="pl-PL"/>
        </w:rPr>
      </w:pPr>
      <w:r w:rsidRPr="00E66CFA">
        <w:rPr>
          <w:b/>
          <w:sz w:val="17"/>
          <w:lang w:val="pl-PL"/>
        </w:rPr>
        <w:t xml:space="preserve">Informacja RODO: </w:t>
      </w:r>
      <w:r w:rsidRPr="00E66CFA">
        <w:rPr>
          <w:sz w:val="17"/>
          <w:lang w:val="pl-PL"/>
        </w:rPr>
        <w:t>dane są przetwarzane w celu zakończenia korzystania z usług Żłobka i rozliczenia umowy, na podstawie przepisów prawa oraz zawartej umowy. Szczegółowe informacje o przetwarzaniu danych zawiera klauzula informacyjna Publicznego Żłobka w Stromcu.</w:t>
      </w:r>
    </w:p>
    <w:sectPr w:rsidR="005515ED" w:rsidRPr="00E66CFA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3270500">
    <w:abstractNumId w:val="8"/>
  </w:num>
  <w:num w:numId="2" w16cid:durableId="1749419008">
    <w:abstractNumId w:val="6"/>
  </w:num>
  <w:num w:numId="3" w16cid:durableId="73431413">
    <w:abstractNumId w:val="5"/>
  </w:num>
  <w:num w:numId="4" w16cid:durableId="4674332">
    <w:abstractNumId w:val="4"/>
  </w:num>
  <w:num w:numId="5" w16cid:durableId="1400667795">
    <w:abstractNumId w:val="7"/>
  </w:num>
  <w:num w:numId="6" w16cid:durableId="1182546319">
    <w:abstractNumId w:val="3"/>
  </w:num>
  <w:num w:numId="7" w16cid:durableId="1790516333">
    <w:abstractNumId w:val="2"/>
  </w:num>
  <w:num w:numId="8" w16cid:durableId="411700645">
    <w:abstractNumId w:val="1"/>
  </w:num>
  <w:num w:numId="9" w16cid:durableId="1362437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087F"/>
    <w:rsid w:val="0029639D"/>
    <w:rsid w:val="00326F90"/>
    <w:rsid w:val="005515ED"/>
    <w:rsid w:val="007A01E9"/>
    <w:rsid w:val="009654D2"/>
    <w:rsid w:val="00AA1D8D"/>
    <w:rsid w:val="00B47730"/>
    <w:rsid w:val="00BB6B28"/>
    <w:rsid w:val="00CB0664"/>
    <w:rsid w:val="00D5008D"/>
    <w:rsid w:val="00E273E4"/>
    <w:rsid w:val="00E66C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41F6E"/>
  <w14:defaultImageDpi w14:val="300"/>
  <w15:docId w15:val="{C6978DE5-D98D-4B42-9A78-1A2055BA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E66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6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6CFA"/>
    <w:rPr>
      <w:rFonts w:ascii="Liberation Sans" w:eastAsia="Liberation Sans" w:hAnsi="Liberation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6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6CFA"/>
    <w:rPr>
      <w:rFonts w:ascii="Liberation Sans" w:eastAsia="Liberation Sans" w:hAnsi="Liberatio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3</cp:revision>
  <dcterms:created xsi:type="dcterms:W3CDTF">2026-09-24T10:09:00Z</dcterms:created>
  <dcterms:modified xsi:type="dcterms:W3CDTF">2026-09-24T10:11:00Z</dcterms:modified>
  <cp:category/>
</cp:coreProperties>
</file>