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24068" w14:textId="77777777" w:rsidR="009F102E" w:rsidRPr="0033011B" w:rsidRDefault="0095333D">
      <w:pPr>
        <w:jc w:val="right"/>
        <w:rPr>
          <w:lang w:val="pl-PL"/>
        </w:rPr>
      </w:pPr>
      <w:r w:rsidRPr="0033011B">
        <w:rPr>
          <w:i/>
          <w:sz w:val="19"/>
          <w:lang w:val="pl-PL"/>
        </w:rPr>
        <w:t>Załącznik nr 6</w:t>
      </w:r>
    </w:p>
    <w:p w14:paraId="1DED85BD" w14:textId="77777777" w:rsidR="009F102E" w:rsidRPr="0033011B" w:rsidRDefault="0095333D">
      <w:pPr>
        <w:jc w:val="right"/>
        <w:rPr>
          <w:lang w:val="pl-PL"/>
        </w:rPr>
      </w:pPr>
      <w:r w:rsidRPr="0033011B">
        <w:rPr>
          <w:lang w:val="pl-PL"/>
        </w:rPr>
        <w:t>Stromiec, dnia ………………………………</w:t>
      </w:r>
    </w:p>
    <w:p w14:paraId="4C871DE8" w14:textId="77777777" w:rsidR="0033011B" w:rsidRPr="0033011B" w:rsidRDefault="0033011B">
      <w:pPr>
        <w:jc w:val="center"/>
        <w:rPr>
          <w:b/>
          <w:sz w:val="26"/>
          <w:lang w:val="pl-PL"/>
        </w:rPr>
      </w:pPr>
    </w:p>
    <w:p w14:paraId="3C3060BA" w14:textId="478ECE24" w:rsidR="009F102E" w:rsidRPr="0033011B" w:rsidRDefault="0095333D">
      <w:pPr>
        <w:jc w:val="center"/>
        <w:rPr>
          <w:lang w:val="pl-PL"/>
        </w:rPr>
      </w:pPr>
      <w:r w:rsidRPr="0033011B">
        <w:rPr>
          <w:b/>
          <w:sz w:val="26"/>
          <w:lang w:val="pl-PL"/>
        </w:rPr>
        <w:t>OŚWIADCZENIE O KORZYSTANIU Z USŁUG ŻŁOBKA PRZEZ RODZEŃSTWO DZIECKA</w:t>
      </w:r>
    </w:p>
    <w:p w14:paraId="26FB9AD6" w14:textId="77777777" w:rsidR="009F102E" w:rsidRPr="0033011B" w:rsidRDefault="0095333D">
      <w:pPr>
        <w:jc w:val="center"/>
        <w:rPr>
          <w:lang w:val="pl-PL"/>
        </w:rPr>
      </w:pPr>
      <w:r w:rsidRPr="0033011B">
        <w:rPr>
          <w:i/>
          <w:sz w:val="19"/>
          <w:lang w:val="pl-PL"/>
        </w:rPr>
        <w:t>do wniosku o przyjęcie dziecka do Publicznego Żłobka w Stromcu</w:t>
      </w:r>
    </w:p>
    <w:p w14:paraId="1D6FC05D" w14:textId="7322CC50" w:rsidR="009F102E" w:rsidRPr="0033011B" w:rsidRDefault="0095333D">
      <w:pPr>
        <w:spacing w:after="60"/>
        <w:rPr>
          <w:lang w:val="pl-PL"/>
        </w:rPr>
      </w:pPr>
      <w:r w:rsidRPr="0033011B">
        <w:rPr>
          <w:lang w:val="pl-PL"/>
        </w:rPr>
        <w:t xml:space="preserve">Imię i nazwisko rodzica/opiekuna prawnego: </w:t>
      </w:r>
      <w:r w:rsidR="0033011B" w:rsidRPr="0033011B">
        <w:rPr>
          <w:lang w:val="pl-PL"/>
        </w:rPr>
        <w:t>………………………………………………………………………………………………………………………………</w:t>
      </w:r>
    </w:p>
    <w:p w14:paraId="6333613C" w14:textId="336FB2EB" w:rsidR="009F102E" w:rsidRPr="0033011B" w:rsidRDefault="0095333D">
      <w:pPr>
        <w:spacing w:after="60"/>
        <w:rPr>
          <w:lang w:val="pl-PL"/>
        </w:rPr>
      </w:pPr>
      <w:r w:rsidRPr="0033011B">
        <w:rPr>
          <w:lang w:val="pl-PL"/>
        </w:rPr>
        <w:t xml:space="preserve">Imię i nazwisko dziecka zgłaszanego do żłobka: </w:t>
      </w:r>
      <w:r w:rsidR="0033011B" w:rsidRPr="0033011B">
        <w:rPr>
          <w:lang w:val="pl-PL"/>
        </w:rPr>
        <w:t>………………………………………………………………………………………………………………………………</w:t>
      </w:r>
    </w:p>
    <w:p w14:paraId="45263681" w14:textId="77777777" w:rsidR="009F102E" w:rsidRPr="0033011B" w:rsidRDefault="0095333D">
      <w:pPr>
        <w:rPr>
          <w:lang w:val="pl-PL"/>
        </w:rPr>
      </w:pPr>
      <w:r w:rsidRPr="0033011B">
        <w:rPr>
          <w:lang w:val="pl-PL"/>
        </w:rPr>
        <w:t>Oświadczam, że rodzeństwo wskazanego powyżej dziecka korzysta obecnie z usług Publicznego Żłobka w Stromcu:</w:t>
      </w:r>
    </w:p>
    <w:p w14:paraId="6605C86E" w14:textId="73A8C736" w:rsidR="009F102E" w:rsidRPr="0033011B" w:rsidRDefault="0095333D">
      <w:pPr>
        <w:spacing w:after="60"/>
        <w:rPr>
          <w:lang w:val="pl-PL"/>
        </w:rPr>
      </w:pPr>
      <w:r w:rsidRPr="0033011B">
        <w:rPr>
          <w:lang w:val="pl-PL"/>
        </w:rPr>
        <w:t xml:space="preserve">Imię i nazwisko rodzeństwa korzystającego ze żłobka: </w:t>
      </w:r>
      <w:r w:rsidR="0033011B" w:rsidRPr="0033011B">
        <w:rPr>
          <w:lang w:val="pl-PL"/>
        </w:rPr>
        <w:t>………………………………………………………………………………………………………………………………</w:t>
      </w:r>
    </w:p>
    <w:p w14:paraId="06E70E70" w14:textId="69E1C0CB" w:rsidR="009F102E" w:rsidRPr="0033011B" w:rsidRDefault="009F102E">
      <w:pPr>
        <w:spacing w:before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F102E" w:rsidRPr="0033011B" w14:paraId="171CE59F" w14:textId="77777777">
        <w:trPr>
          <w:jc w:val="center"/>
        </w:trPr>
        <w:tc>
          <w:tcPr>
            <w:tcW w:w="5100" w:type="dxa"/>
            <w:vAlign w:val="center"/>
          </w:tcPr>
          <w:p w14:paraId="6921966F" w14:textId="77777777" w:rsidR="009F102E" w:rsidRPr="0033011B" w:rsidRDefault="0095333D">
            <w:pPr>
              <w:jc w:val="center"/>
              <w:rPr>
                <w:lang w:val="pl-PL"/>
              </w:rPr>
            </w:pPr>
            <w:r w:rsidRPr="0033011B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4894FF8F" w14:textId="77777777" w:rsidR="009F102E" w:rsidRPr="0033011B" w:rsidRDefault="0095333D">
            <w:pPr>
              <w:jc w:val="center"/>
              <w:rPr>
                <w:lang w:val="pl-PL"/>
              </w:rPr>
            </w:pPr>
            <w:r w:rsidRPr="0033011B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9F102E" w:rsidRPr="0033011B" w14:paraId="7A18038D" w14:textId="77777777">
        <w:trPr>
          <w:jc w:val="center"/>
        </w:trPr>
        <w:tc>
          <w:tcPr>
            <w:tcW w:w="5100" w:type="dxa"/>
            <w:vAlign w:val="center"/>
          </w:tcPr>
          <w:p w14:paraId="4AA1C1FA" w14:textId="77777777" w:rsidR="009F102E" w:rsidRPr="0033011B" w:rsidRDefault="0095333D">
            <w:pPr>
              <w:jc w:val="center"/>
              <w:rPr>
                <w:lang w:val="pl-PL"/>
              </w:rPr>
            </w:pPr>
            <w:r w:rsidRPr="0033011B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3A9B7D05" w14:textId="77777777" w:rsidR="009F102E" w:rsidRPr="0033011B" w:rsidRDefault="0095333D">
            <w:pPr>
              <w:jc w:val="center"/>
              <w:rPr>
                <w:lang w:val="pl-PL"/>
              </w:rPr>
            </w:pPr>
            <w:r w:rsidRPr="0033011B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064D3728" w14:textId="77777777" w:rsidR="009F102E" w:rsidRPr="0033011B" w:rsidRDefault="0095333D">
      <w:pPr>
        <w:spacing w:before="160"/>
        <w:rPr>
          <w:lang w:val="pl-PL"/>
        </w:rPr>
      </w:pPr>
      <w:r w:rsidRPr="0033011B">
        <w:rPr>
          <w:b/>
          <w:sz w:val="17"/>
          <w:lang w:val="pl-PL"/>
        </w:rPr>
        <w:t xml:space="preserve">Informacja RODO: </w:t>
      </w:r>
      <w:r w:rsidRPr="0033011B">
        <w:rPr>
          <w:sz w:val="17"/>
          <w:lang w:val="pl-PL"/>
        </w:rPr>
        <w:t>dane z formularza są przetwarzane na zasadach określonych w klauzuli informacyjnej dotyczącej rekrutacji do Publicznego Żłobka w Stromcu, przekazywanej przy składaniu wniosku. Formularz nie stanowi zgody na przetwarzanie danych osobowych.</w:t>
      </w:r>
    </w:p>
    <w:sectPr w:rsidR="009F102E" w:rsidRPr="0033011B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904381">
    <w:abstractNumId w:val="8"/>
  </w:num>
  <w:num w:numId="2" w16cid:durableId="313995718">
    <w:abstractNumId w:val="6"/>
  </w:num>
  <w:num w:numId="3" w16cid:durableId="1476795252">
    <w:abstractNumId w:val="5"/>
  </w:num>
  <w:num w:numId="4" w16cid:durableId="1244484131">
    <w:abstractNumId w:val="4"/>
  </w:num>
  <w:num w:numId="5" w16cid:durableId="1338118948">
    <w:abstractNumId w:val="7"/>
  </w:num>
  <w:num w:numId="6" w16cid:durableId="158008042">
    <w:abstractNumId w:val="3"/>
  </w:num>
  <w:num w:numId="7" w16cid:durableId="190610042">
    <w:abstractNumId w:val="2"/>
  </w:num>
  <w:num w:numId="8" w16cid:durableId="1903639975">
    <w:abstractNumId w:val="1"/>
  </w:num>
  <w:num w:numId="9" w16cid:durableId="40660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603"/>
    <w:rsid w:val="00034616"/>
    <w:rsid w:val="0006063C"/>
    <w:rsid w:val="0015074B"/>
    <w:rsid w:val="002124AC"/>
    <w:rsid w:val="0029639D"/>
    <w:rsid w:val="00326F90"/>
    <w:rsid w:val="0033011B"/>
    <w:rsid w:val="0065259D"/>
    <w:rsid w:val="0095333D"/>
    <w:rsid w:val="009F102E"/>
    <w:rsid w:val="00AA1D8D"/>
    <w:rsid w:val="00AF04CB"/>
    <w:rsid w:val="00B47730"/>
    <w:rsid w:val="00CB0664"/>
    <w:rsid w:val="00CD29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42DE14"/>
  <w14:defaultImageDpi w14:val="300"/>
  <w15:docId w15:val="{FAC71AFD-F6C3-41D0-A0CA-FB9E8ACF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301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1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11B"/>
    <w:rPr>
      <w:rFonts w:ascii="Liberation Sans" w:eastAsia="Liberation Sans" w:hAnsi="Liberation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1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11B"/>
    <w:rPr>
      <w:rFonts w:ascii="Liberation Sans" w:eastAsia="Liberation Sans" w:hAnsi="Liberatio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3</cp:revision>
  <dcterms:created xsi:type="dcterms:W3CDTF">2026-09-24T10:08:00Z</dcterms:created>
  <dcterms:modified xsi:type="dcterms:W3CDTF">2026-09-24T10:10:00Z</dcterms:modified>
  <cp:category/>
</cp:coreProperties>
</file>