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4161D" w14:textId="77777777" w:rsidR="002B790B" w:rsidRPr="00A717CE" w:rsidRDefault="00CB4411">
      <w:pPr>
        <w:jc w:val="right"/>
        <w:rPr>
          <w:lang w:val="pl-PL"/>
        </w:rPr>
      </w:pPr>
      <w:r w:rsidRPr="00A717CE">
        <w:rPr>
          <w:i/>
          <w:sz w:val="19"/>
          <w:lang w:val="pl-PL"/>
        </w:rPr>
        <w:t>Załącznik nr 3</w:t>
      </w:r>
    </w:p>
    <w:p w14:paraId="6FC12402" w14:textId="77777777" w:rsidR="002B790B" w:rsidRPr="00A717CE" w:rsidRDefault="00CB4411">
      <w:pPr>
        <w:jc w:val="right"/>
        <w:rPr>
          <w:lang w:val="pl-PL"/>
        </w:rPr>
      </w:pPr>
      <w:r w:rsidRPr="00A717CE">
        <w:rPr>
          <w:lang w:val="pl-PL"/>
        </w:rPr>
        <w:t>Stromiec, dnia ………………………………</w:t>
      </w:r>
    </w:p>
    <w:p w14:paraId="5F8F59E2" w14:textId="77777777" w:rsidR="002B790B" w:rsidRPr="00A717CE" w:rsidRDefault="00CB4411">
      <w:pPr>
        <w:jc w:val="center"/>
        <w:rPr>
          <w:lang w:val="pl-PL"/>
        </w:rPr>
      </w:pPr>
      <w:r w:rsidRPr="00A717CE">
        <w:rPr>
          <w:b/>
          <w:sz w:val="26"/>
          <w:lang w:val="pl-PL"/>
        </w:rPr>
        <w:t>OŚWIADCZENIE O PROWADZENIU DZIAŁALNOŚCI GOSPODARCZEJ</w:t>
      </w:r>
    </w:p>
    <w:p w14:paraId="1978285E" w14:textId="77777777" w:rsidR="002B790B" w:rsidRPr="00A717CE" w:rsidRDefault="00CB4411">
      <w:pPr>
        <w:jc w:val="center"/>
        <w:rPr>
          <w:lang w:val="pl-PL"/>
        </w:rPr>
      </w:pPr>
      <w:r w:rsidRPr="00A717CE">
        <w:rPr>
          <w:i/>
          <w:sz w:val="19"/>
          <w:lang w:val="pl-PL"/>
        </w:rPr>
        <w:t>do wniosku o przyjęcie dziecka do Publicznego Żłobka w Stromcu</w:t>
      </w:r>
    </w:p>
    <w:p w14:paraId="31B15BE4" w14:textId="3C4BB318" w:rsidR="002B790B" w:rsidRPr="00A717CE" w:rsidRDefault="00CB4411">
      <w:pPr>
        <w:spacing w:after="60"/>
        <w:rPr>
          <w:lang w:val="pl-PL"/>
        </w:rPr>
      </w:pPr>
      <w:r w:rsidRPr="00A717CE">
        <w:rPr>
          <w:lang w:val="pl-PL"/>
        </w:rPr>
        <w:t xml:space="preserve">Imię i nazwisko rodzica/opiekuna prawnego: </w:t>
      </w:r>
      <w:r w:rsidR="00A717CE" w:rsidRPr="00A717CE">
        <w:rPr>
          <w:lang w:val="pl-PL"/>
        </w:rPr>
        <w:t>………………………………………………………………………………………………………………………………</w:t>
      </w:r>
    </w:p>
    <w:p w14:paraId="7C1F0713" w14:textId="24A388D2" w:rsidR="002B790B" w:rsidRPr="00A717CE" w:rsidRDefault="00CB4411">
      <w:pPr>
        <w:spacing w:after="60"/>
        <w:rPr>
          <w:lang w:val="pl-PL"/>
        </w:rPr>
      </w:pPr>
      <w:r w:rsidRPr="00A717CE">
        <w:rPr>
          <w:lang w:val="pl-PL"/>
        </w:rPr>
        <w:t>Imię i nazwisko dziecka: ………………………………………………………………………………………………………………………………</w:t>
      </w:r>
      <w:r w:rsidR="00A717CE" w:rsidRPr="00A717CE">
        <w:rPr>
          <w:lang w:val="pl-PL"/>
        </w:rPr>
        <w:t>………………………………………………………………………………………………………………………………</w:t>
      </w:r>
    </w:p>
    <w:p w14:paraId="4D5F6E85" w14:textId="77777777" w:rsidR="002B790B" w:rsidRPr="00A717CE" w:rsidRDefault="00CB4411">
      <w:pPr>
        <w:rPr>
          <w:lang w:val="pl-PL"/>
        </w:rPr>
      </w:pPr>
      <w:r w:rsidRPr="00A717CE">
        <w:rPr>
          <w:lang w:val="pl-PL"/>
        </w:rPr>
        <w:t>Oświadczam, że na dzień złożenia niniejszego oświadczenia prowadzę pozarolniczą działalność gospodarczą:</w:t>
      </w:r>
    </w:p>
    <w:p w14:paraId="611FBFA7" w14:textId="4AABB84B" w:rsidR="002B790B" w:rsidRPr="00A717CE" w:rsidRDefault="00CB4411">
      <w:pPr>
        <w:spacing w:after="60"/>
        <w:rPr>
          <w:lang w:val="pl-PL"/>
        </w:rPr>
      </w:pPr>
      <w:r w:rsidRPr="00A717CE">
        <w:rPr>
          <w:lang w:val="pl-PL"/>
        </w:rPr>
        <w:t>Nazwa / firma działalności: ………………………………………………………………………………………………………………………………</w:t>
      </w:r>
      <w:r w:rsidR="00A717CE" w:rsidRPr="00A717CE">
        <w:rPr>
          <w:lang w:val="pl-PL"/>
        </w:rPr>
        <w:t>………………………………………………………………………………………………………………………………</w:t>
      </w:r>
    </w:p>
    <w:p w14:paraId="1A08539F" w14:textId="25D3458B" w:rsidR="002B790B" w:rsidRPr="00A717CE" w:rsidRDefault="00CB4411">
      <w:pPr>
        <w:spacing w:after="60"/>
        <w:rPr>
          <w:lang w:val="pl-PL"/>
        </w:rPr>
      </w:pPr>
      <w:r w:rsidRPr="00A717CE">
        <w:rPr>
          <w:lang w:val="pl-PL"/>
        </w:rPr>
        <w:t xml:space="preserve">Miejscowość wykonywania działalności (jeżeli dotyczy): </w:t>
      </w:r>
      <w:r w:rsidR="00A717CE" w:rsidRPr="00A717CE">
        <w:rPr>
          <w:lang w:val="pl-PL"/>
        </w:rPr>
        <w:t>………………………………………………………………………………………………………………………………</w:t>
      </w:r>
    </w:p>
    <w:p w14:paraId="4C7CA818" w14:textId="2AF17AE2" w:rsidR="002B790B" w:rsidRPr="00A717CE" w:rsidRDefault="002B790B">
      <w:pPr>
        <w:spacing w:before="8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2B790B" w:rsidRPr="00A717CE" w14:paraId="26919A2B" w14:textId="77777777">
        <w:trPr>
          <w:jc w:val="center"/>
        </w:trPr>
        <w:tc>
          <w:tcPr>
            <w:tcW w:w="5100" w:type="dxa"/>
            <w:vAlign w:val="center"/>
          </w:tcPr>
          <w:p w14:paraId="6549766F" w14:textId="77777777" w:rsidR="002B790B" w:rsidRPr="00A717CE" w:rsidRDefault="00CB4411">
            <w:pPr>
              <w:jc w:val="center"/>
              <w:rPr>
                <w:lang w:val="pl-PL"/>
              </w:rPr>
            </w:pPr>
            <w:r w:rsidRPr="00A717CE">
              <w:rPr>
                <w:sz w:val="19"/>
                <w:lang w:val="pl-PL"/>
              </w:rPr>
              <w:t>……………………………………</w:t>
            </w:r>
          </w:p>
        </w:tc>
        <w:tc>
          <w:tcPr>
            <w:tcW w:w="5100" w:type="dxa"/>
            <w:vAlign w:val="center"/>
          </w:tcPr>
          <w:p w14:paraId="4E5178BC" w14:textId="77777777" w:rsidR="002B790B" w:rsidRPr="00A717CE" w:rsidRDefault="00CB4411">
            <w:pPr>
              <w:jc w:val="center"/>
              <w:rPr>
                <w:lang w:val="pl-PL"/>
              </w:rPr>
            </w:pPr>
            <w:r w:rsidRPr="00A717CE">
              <w:rPr>
                <w:sz w:val="19"/>
                <w:lang w:val="pl-PL"/>
              </w:rPr>
              <w:t>………………………………………………………………</w:t>
            </w:r>
          </w:p>
        </w:tc>
      </w:tr>
      <w:tr w:rsidR="002B790B" w:rsidRPr="00A717CE" w14:paraId="269D0F8A" w14:textId="77777777">
        <w:trPr>
          <w:jc w:val="center"/>
        </w:trPr>
        <w:tc>
          <w:tcPr>
            <w:tcW w:w="5100" w:type="dxa"/>
            <w:vAlign w:val="center"/>
          </w:tcPr>
          <w:p w14:paraId="3AD41D3E" w14:textId="77777777" w:rsidR="002B790B" w:rsidRPr="00A717CE" w:rsidRDefault="00CB4411">
            <w:pPr>
              <w:jc w:val="center"/>
              <w:rPr>
                <w:lang w:val="pl-PL"/>
              </w:rPr>
            </w:pPr>
            <w:r w:rsidRPr="00A717CE">
              <w:rPr>
                <w:sz w:val="19"/>
                <w:lang w:val="pl-PL"/>
              </w:rPr>
              <w:t>(data)</w:t>
            </w:r>
          </w:p>
        </w:tc>
        <w:tc>
          <w:tcPr>
            <w:tcW w:w="5100" w:type="dxa"/>
            <w:vAlign w:val="center"/>
          </w:tcPr>
          <w:p w14:paraId="7672A125" w14:textId="77777777" w:rsidR="002B790B" w:rsidRPr="00A717CE" w:rsidRDefault="00CB4411">
            <w:pPr>
              <w:jc w:val="center"/>
              <w:rPr>
                <w:lang w:val="pl-PL"/>
              </w:rPr>
            </w:pPr>
            <w:r w:rsidRPr="00A717CE">
              <w:rPr>
                <w:sz w:val="19"/>
                <w:lang w:val="pl-PL"/>
              </w:rPr>
              <w:t>(czytelny podpis rodzica/opiekuna prawnego)</w:t>
            </w:r>
          </w:p>
        </w:tc>
      </w:tr>
    </w:tbl>
    <w:p w14:paraId="7269E7CA" w14:textId="77777777" w:rsidR="002B790B" w:rsidRPr="00A717CE" w:rsidRDefault="00CB4411">
      <w:pPr>
        <w:spacing w:before="160"/>
        <w:rPr>
          <w:lang w:val="pl-PL"/>
        </w:rPr>
      </w:pPr>
      <w:r w:rsidRPr="00A717CE">
        <w:rPr>
          <w:b/>
          <w:sz w:val="17"/>
          <w:lang w:val="pl-PL"/>
        </w:rPr>
        <w:t xml:space="preserve">Informacja RODO: </w:t>
      </w:r>
      <w:r w:rsidRPr="00A717CE">
        <w:rPr>
          <w:sz w:val="17"/>
          <w:lang w:val="pl-PL"/>
        </w:rPr>
        <w:t>dane z formularza są przetwarzane na zasadach określonych w klauzuli informacyjnej dotyczącej rekrutacji do Publicznego Żłobka w Stromcu, przekazywanej przy składaniu wniosku. Formularz nie stanowi zgody na przetwarzanie danych osobowych.</w:t>
      </w:r>
    </w:p>
    <w:sectPr w:rsidR="002B790B" w:rsidRPr="00A717CE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796105">
    <w:abstractNumId w:val="8"/>
  </w:num>
  <w:num w:numId="2" w16cid:durableId="1643924771">
    <w:abstractNumId w:val="6"/>
  </w:num>
  <w:num w:numId="3" w16cid:durableId="1063453923">
    <w:abstractNumId w:val="5"/>
  </w:num>
  <w:num w:numId="4" w16cid:durableId="1197423334">
    <w:abstractNumId w:val="4"/>
  </w:num>
  <w:num w:numId="5" w16cid:durableId="1970167951">
    <w:abstractNumId w:val="7"/>
  </w:num>
  <w:num w:numId="6" w16cid:durableId="1617564566">
    <w:abstractNumId w:val="3"/>
  </w:num>
  <w:num w:numId="7" w16cid:durableId="71240916">
    <w:abstractNumId w:val="2"/>
  </w:num>
  <w:num w:numId="8" w16cid:durableId="1594510500">
    <w:abstractNumId w:val="1"/>
  </w:num>
  <w:num w:numId="9" w16cid:durableId="1564946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0758"/>
    <w:rsid w:val="0029639D"/>
    <w:rsid w:val="002B790B"/>
    <w:rsid w:val="00326F90"/>
    <w:rsid w:val="004A6576"/>
    <w:rsid w:val="0059457D"/>
    <w:rsid w:val="005F4CF1"/>
    <w:rsid w:val="006C6593"/>
    <w:rsid w:val="00A717CE"/>
    <w:rsid w:val="00AA1D8D"/>
    <w:rsid w:val="00B47730"/>
    <w:rsid w:val="00CB0664"/>
    <w:rsid w:val="00CB44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F561C2"/>
  <w14:defaultImageDpi w14:val="300"/>
  <w15:docId w15:val="{AC56CA9D-E1BD-4A25-B7BA-777B286E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Liberation Sans" w:eastAsia="Liberation Sans" w:hAnsi="Liberation San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A717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717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717CE"/>
    <w:rPr>
      <w:rFonts w:ascii="Liberation Sans" w:eastAsia="Liberation Sans" w:hAnsi="Liberation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17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17CE"/>
    <w:rPr>
      <w:rFonts w:ascii="Liberation Sans" w:eastAsia="Liberation Sans" w:hAnsi="Liberatio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Paprocki</dc:creator>
  <cp:keywords/>
  <cp:lastModifiedBy>Kamila Dobosz</cp:lastModifiedBy>
  <cp:revision>3</cp:revision>
  <dcterms:created xsi:type="dcterms:W3CDTF">2026-09-24T10:05:00Z</dcterms:created>
  <dcterms:modified xsi:type="dcterms:W3CDTF">2026-09-24T10:07:00Z</dcterms:modified>
  <cp:category/>
</cp:coreProperties>
</file>