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992F3" w14:textId="77777777" w:rsidR="00632ABE" w:rsidRPr="0055029E" w:rsidRDefault="002A593E">
      <w:pPr>
        <w:jc w:val="right"/>
        <w:rPr>
          <w:lang w:val="pl-PL"/>
        </w:rPr>
      </w:pPr>
      <w:r w:rsidRPr="0055029E">
        <w:rPr>
          <w:i/>
          <w:sz w:val="19"/>
          <w:lang w:val="pl-PL"/>
        </w:rPr>
        <w:t>Załącznik nr 1</w:t>
      </w:r>
    </w:p>
    <w:p w14:paraId="04974787" w14:textId="77777777" w:rsidR="00632ABE" w:rsidRPr="0055029E" w:rsidRDefault="002A593E">
      <w:pPr>
        <w:jc w:val="right"/>
        <w:rPr>
          <w:lang w:val="pl-PL"/>
        </w:rPr>
      </w:pPr>
      <w:r w:rsidRPr="0055029E">
        <w:rPr>
          <w:lang w:val="pl-PL"/>
        </w:rPr>
        <w:t>Stromiec, dnia ………………………………</w:t>
      </w:r>
    </w:p>
    <w:p w14:paraId="3A9FB1F4" w14:textId="77777777" w:rsidR="00632ABE" w:rsidRPr="0055029E" w:rsidRDefault="002A593E">
      <w:pPr>
        <w:jc w:val="center"/>
        <w:rPr>
          <w:lang w:val="pl-PL"/>
        </w:rPr>
      </w:pPr>
      <w:r w:rsidRPr="0055029E">
        <w:rPr>
          <w:b/>
          <w:sz w:val="26"/>
          <w:lang w:val="pl-PL"/>
        </w:rPr>
        <w:t>OŚWIADCZENIE O ZAMIESZKANIU NA OBSZARZE GMINY STROMIEC</w:t>
      </w:r>
    </w:p>
    <w:p w14:paraId="1B7AA20D" w14:textId="77777777" w:rsidR="00632ABE" w:rsidRPr="0055029E" w:rsidRDefault="002A593E">
      <w:pPr>
        <w:jc w:val="center"/>
        <w:rPr>
          <w:lang w:val="pl-PL"/>
        </w:rPr>
      </w:pPr>
      <w:r w:rsidRPr="0055029E">
        <w:rPr>
          <w:i/>
          <w:sz w:val="19"/>
          <w:lang w:val="pl-PL"/>
        </w:rPr>
        <w:t>do wniosku o przyjęcie dziecka do Publicznego Żłobka w Stromcu</w:t>
      </w:r>
    </w:p>
    <w:p w14:paraId="4AA7A058" w14:textId="358DA833" w:rsidR="00632ABE" w:rsidRPr="0055029E" w:rsidRDefault="002A593E">
      <w:pPr>
        <w:spacing w:after="60"/>
        <w:rPr>
          <w:lang w:val="pl-PL"/>
        </w:rPr>
      </w:pPr>
      <w:r w:rsidRPr="0055029E">
        <w:rPr>
          <w:lang w:val="pl-PL"/>
        </w:rPr>
        <w:t xml:space="preserve">Imię i nazwisko rodzica/opiekuna prawnego: </w:t>
      </w:r>
      <w:r w:rsidR="0055029E" w:rsidRPr="0055029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1BBF1EB9" w14:textId="7625C4AB" w:rsidR="00632ABE" w:rsidRPr="0055029E" w:rsidRDefault="002A593E">
      <w:pPr>
        <w:spacing w:after="60"/>
        <w:rPr>
          <w:lang w:val="pl-PL"/>
        </w:rPr>
      </w:pPr>
      <w:r w:rsidRPr="0055029E">
        <w:rPr>
          <w:lang w:val="pl-PL"/>
        </w:rPr>
        <w:t>Imię i nazwisko dziecka: ………………………………………………………………………………………………………………………………</w:t>
      </w:r>
      <w:r w:rsidR="0055029E" w:rsidRPr="0055029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0E0A4F04" w14:textId="77777777" w:rsidR="00632ABE" w:rsidRPr="0055029E" w:rsidRDefault="002A593E">
      <w:pPr>
        <w:rPr>
          <w:lang w:val="pl-PL"/>
        </w:rPr>
      </w:pPr>
      <w:r w:rsidRPr="0055029E">
        <w:rPr>
          <w:lang w:val="pl-PL"/>
        </w:rPr>
        <w:t>Oświadczam, że wskazane powyżej dziecko zamieszkuje na obszarze Gminy Stromiec pod adresem:</w:t>
      </w:r>
    </w:p>
    <w:p w14:paraId="3C85FB95" w14:textId="2AB207B3" w:rsidR="00632ABE" w:rsidRPr="0055029E" w:rsidRDefault="002A593E">
      <w:pPr>
        <w:rPr>
          <w:lang w:val="pl-PL"/>
        </w:rPr>
      </w:pPr>
      <w:r w:rsidRPr="0055029E">
        <w:rPr>
          <w:lang w:val="pl-PL"/>
        </w:rPr>
        <w:t>………………………………………………………………………………………………………………………………</w:t>
      </w:r>
      <w:r w:rsidR="0055029E" w:rsidRPr="0055029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659B3715" w14:textId="6E439C2C" w:rsidR="00632ABE" w:rsidRPr="0055029E" w:rsidRDefault="002A593E" w:rsidP="0055029E">
      <w:pPr>
        <w:rPr>
          <w:lang w:val="pl-PL"/>
        </w:rPr>
      </w:pPr>
      <w:r w:rsidRPr="0055029E">
        <w:rPr>
          <w:lang w:val="pl-PL"/>
        </w:rPr>
        <w:t>………………………………………………………………………………………………………………………………</w:t>
      </w:r>
      <w:r w:rsidR="0055029E" w:rsidRPr="0055029E">
        <w:rPr>
          <w:lang w:val="pl-PL"/>
        </w:rPr>
        <w:t>………………………………………………………………………………………………………………………………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32ABE" w:rsidRPr="0055029E" w14:paraId="363BEDA9" w14:textId="77777777">
        <w:trPr>
          <w:jc w:val="center"/>
        </w:trPr>
        <w:tc>
          <w:tcPr>
            <w:tcW w:w="5100" w:type="dxa"/>
            <w:vAlign w:val="center"/>
          </w:tcPr>
          <w:p w14:paraId="0E9CFF91" w14:textId="77777777" w:rsidR="00632ABE" w:rsidRPr="0055029E" w:rsidRDefault="002A593E">
            <w:pPr>
              <w:jc w:val="center"/>
              <w:rPr>
                <w:lang w:val="pl-PL"/>
              </w:rPr>
            </w:pPr>
            <w:r w:rsidRPr="0055029E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38051679" w14:textId="77777777" w:rsidR="00632ABE" w:rsidRPr="0055029E" w:rsidRDefault="002A593E">
            <w:pPr>
              <w:jc w:val="center"/>
              <w:rPr>
                <w:lang w:val="pl-PL"/>
              </w:rPr>
            </w:pPr>
            <w:r w:rsidRPr="0055029E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632ABE" w:rsidRPr="0055029E" w14:paraId="1D59BBBD" w14:textId="77777777">
        <w:trPr>
          <w:jc w:val="center"/>
        </w:trPr>
        <w:tc>
          <w:tcPr>
            <w:tcW w:w="5100" w:type="dxa"/>
            <w:vAlign w:val="center"/>
          </w:tcPr>
          <w:p w14:paraId="34192DBC" w14:textId="77777777" w:rsidR="00632ABE" w:rsidRPr="0055029E" w:rsidRDefault="002A593E">
            <w:pPr>
              <w:jc w:val="center"/>
              <w:rPr>
                <w:lang w:val="pl-PL"/>
              </w:rPr>
            </w:pPr>
            <w:r w:rsidRPr="0055029E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44FC47C2" w14:textId="77777777" w:rsidR="00632ABE" w:rsidRPr="0055029E" w:rsidRDefault="002A593E">
            <w:pPr>
              <w:jc w:val="center"/>
              <w:rPr>
                <w:lang w:val="pl-PL"/>
              </w:rPr>
            </w:pPr>
            <w:r w:rsidRPr="0055029E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16840878" w14:textId="77777777" w:rsidR="00632ABE" w:rsidRPr="0055029E" w:rsidRDefault="002A593E">
      <w:pPr>
        <w:spacing w:before="160"/>
        <w:rPr>
          <w:lang w:val="pl-PL"/>
        </w:rPr>
      </w:pPr>
      <w:r w:rsidRPr="0055029E">
        <w:rPr>
          <w:b/>
          <w:sz w:val="17"/>
          <w:lang w:val="pl-PL"/>
        </w:rPr>
        <w:t xml:space="preserve">Informacja RODO: </w:t>
      </w:r>
      <w:r w:rsidRPr="0055029E">
        <w:rPr>
          <w:sz w:val="17"/>
          <w:lang w:val="pl-PL"/>
        </w:rPr>
        <w:t>dane z formularza są przetwarzane na zasadach określonych w klauzuli informacyjnej dotyczącej rekrutacji do Publicznego Żłobka w Stromcu, przekazywanej przy składaniu wniosku. Formularz nie stanowi zgody na przetwarzanie danych osobowych.</w:t>
      </w:r>
    </w:p>
    <w:sectPr w:rsidR="00632ABE" w:rsidRPr="0055029E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6252170">
    <w:abstractNumId w:val="8"/>
  </w:num>
  <w:num w:numId="2" w16cid:durableId="1230188714">
    <w:abstractNumId w:val="6"/>
  </w:num>
  <w:num w:numId="3" w16cid:durableId="694427457">
    <w:abstractNumId w:val="5"/>
  </w:num>
  <w:num w:numId="4" w16cid:durableId="1880898750">
    <w:abstractNumId w:val="4"/>
  </w:num>
  <w:num w:numId="5" w16cid:durableId="2123452525">
    <w:abstractNumId w:val="7"/>
  </w:num>
  <w:num w:numId="6" w16cid:durableId="250705454">
    <w:abstractNumId w:val="3"/>
  </w:num>
  <w:num w:numId="7" w16cid:durableId="1143624631">
    <w:abstractNumId w:val="2"/>
  </w:num>
  <w:num w:numId="8" w16cid:durableId="88429299">
    <w:abstractNumId w:val="1"/>
  </w:num>
  <w:num w:numId="9" w16cid:durableId="12932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11E"/>
    <w:rsid w:val="0015074B"/>
    <w:rsid w:val="0029639D"/>
    <w:rsid w:val="002A593E"/>
    <w:rsid w:val="00326F90"/>
    <w:rsid w:val="0047779E"/>
    <w:rsid w:val="0055029E"/>
    <w:rsid w:val="00632ABE"/>
    <w:rsid w:val="00AA1D8D"/>
    <w:rsid w:val="00B42F33"/>
    <w:rsid w:val="00B47730"/>
    <w:rsid w:val="00CB0664"/>
    <w:rsid w:val="00F0653A"/>
    <w:rsid w:val="00F918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FB1083"/>
  <w14:defaultImageDpi w14:val="300"/>
  <w15:docId w15:val="{3A0AE277-DAA3-4665-9DEC-4F273648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550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0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029E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0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029E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3</cp:revision>
  <dcterms:created xsi:type="dcterms:W3CDTF">2026-09-24T08:27:00Z</dcterms:created>
  <dcterms:modified xsi:type="dcterms:W3CDTF">2026-09-24T10:06:00Z</dcterms:modified>
  <cp:category/>
</cp:coreProperties>
</file>