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C4C85" w14:textId="77777777" w:rsidR="001F76E0" w:rsidRPr="00315860" w:rsidRDefault="00576E23">
      <w:pPr>
        <w:spacing w:after="200"/>
        <w:jc w:val="center"/>
        <w:rPr>
          <w:lang w:val="pl-PL"/>
        </w:rPr>
      </w:pPr>
      <w:r w:rsidRPr="00315860">
        <w:rPr>
          <w:b/>
          <w:sz w:val="28"/>
          <w:lang w:val="pl-PL"/>
        </w:rPr>
        <w:t>WNIOSEK O PRZYJĘCIE DZIECKA</w:t>
      </w:r>
      <w:r w:rsidRPr="00315860">
        <w:rPr>
          <w:b/>
          <w:sz w:val="28"/>
          <w:lang w:val="pl-PL"/>
        </w:rPr>
        <w:br/>
        <w:t>DO PUBLICZNEGO ŻŁOBKA W STROMCU</w:t>
      </w:r>
    </w:p>
    <w:p w14:paraId="19207F95" w14:textId="77777777" w:rsidR="001F76E0" w:rsidRPr="00315860" w:rsidRDefault="00576E23">
      <w:pPr>
        <w:jc w:val="center"/>
        <w:rPr>
          <w:lang w:val="pl-PL"/>
        </w:rPr>
      </w:pPr>
      <w:r w:rsidRPr="00315860">
        <w:rPr>
          <w:b/>
          <w:sz w:val="22"/>
          <w:lang w:val="pl-PL"/>
        </w:rPr>
        <w:t>na rok szkolny 2026/2027</w:t>
      </w:r>
    </w:p>
    <w:p w14:paraId="0ECB34E0" w14:textId="77777777" w:rsidR="001F76E0" w:rsidRPr="00315860" w:rsidRDefault="00576E23">
      <w:pPr>
        <w:jc w:val="right"/>
        <w:rPr>
          <w:lang w:val="pl-PL"/>
        </w:rPr>
      </w:pPr>
      <w:r w:rsidRPr="00315860">
        <w:rPr>
          <w:lang w:val="pl-PL"/>
        </w:rPr>
        <w:t>Data wpływu: ………………………   Nr wniosku: ………………………</w:t>
      </w:r>
    </w:p>
    <w:p w14:paraId="24B81C44" w14:textId="77777777" w:rsidR="001F76E0" w:rsidRPr="00315860" w:rsidRDefault="00576E23">
      <w:pPr>
        <w:spacing w:after="160"/>
        <w:rPr>
          <w:lang w:val="pl-PL"/>
        </w:rPr>
      </w:pPr>
      <w:r w:rsidRPr="00315860">
        <w:rPr>
          <w:lang w:val="pl-PL"/>
        </w:rPr>
        <w:t>Proszę o przyjęcie dziecka do Publicznego Żłobka w Stromcu, ul. Radomska 72, 26-804 Stromiec, od dnia ………………………………… .</w:t>
      </w:r>
    </w:p>
    <w:p w14:paraId="46211A98" w14:textId="77777777" w:rsidR="001F76E0" w:rsidRPr="00315860" w:rsidRDefault="00576E23">
      <w:pPr>
        <w:rPr>
          <w:lang w:val="pl-PL"/>
        </w:rPr>
      </w:pPr>
      <w:r w:rsidRPr="00315860">
        <w:rPr>
          <w:b/>
          <w:sz w:val="22"/>
          <w:lang w:val="pl-PL"/>
        </w:rPr>
        <w:t>I. DANE DZIECKA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7340"/>
      </w:tblGrid>
      <w:tr w:rsidR="001F76E0" w:rsidRPr="00315860" w14:paraId="51D008AF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061467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Imię i nazwisko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49B5CC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…………………………………………………………………………………………</w:t>
            </w:r>
          </w:p>
        </w:tc>
      </w:tr>
      <w:tr w:rsidR="001F76E0" w:rsidRPr="00315860" w14:paraId="465D5235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E9F68B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Data urodzenia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A40B97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    Obywatelstwo: …………………………………</w:t>
            </w:r>
          </w:p>
        </w:tc>
      </w:tr>
      <w:tr w:rsidR="001F76E0" w:rsidRPr="00315860" w14:paraId="18B09139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27977F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PESEL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EB8740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…………………………………   □ brak PESEL – seria i nr dokumentu: …………………………………</w:t>
            </w:r>
          </w:p>
        </w:tc>
      </w:tr>
      <w:tr w:rsidR="001F76E0" w:rsidRPr="00315860" w14:paraId="2F96F93B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BFEB8F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Adres zamieszkania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BC9B1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ul./nr ……………………………………………………………………………………</w:t>
            </w:r>
            <w:r w:rsidRPr="00315860">
              <w:rPr>
                <w:lang w:val="pl-PL"/>
              </w:rPr>
              <w:br/>
              <w:t>kod, miejscowość ……………………………………………………………………………</w:t>
            </w:r>
          </w:p>
        </w:tc>
      </w:tr>
      <w:tr w:rsidR="001F76E0" w:rsidRPr="00315860" w14:paraId="5AB0820C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E41C88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Orzeczenie o niepełnosprawności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276DE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NIE    □ TAK – rodzaj/orzeczenie: ………………………………………………</w:t>
            </w:r>
          </w:p>
        </w:tc>
      </w:tr>
      <w:tr w:rsidR="001F76E0" w:rsidRPr="00315860" w14:paraId="0B54D1FA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79F09C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Planowany wymiar opieki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1059E1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od godz. …………… do godz. ……………, tj. …………… godz. dziennie</w:t>
            </w:r>
          </w:p>
        </w:tc>
      </w:tr>
    </w:tbl>
    <w:p w14:paraId="50081100" w14:textId="77777777" w:rsidR="001F76E0" w:rsidRPr="00315860" w:rsidRDefault="00576E23">
      <w:pPr>
        <w:rPr>
          <w:lang w:val="pl-PL"/>
        </w:rPr>
      </w:pPr>
      <w:r w:rsidRPr="00315860">
        <w:rPr>
          <w:b/>
          <w:sz w:val="22"/>
          <w:lang w:val="pl-PL"/>
        </w:rPr>
        <w:t>II. DANE RODZICÓW / OPIEKUNÓW PRAWNYCH</w:t>
      </w:r>
    </w:p>
    <w:p w14:paraId="60811B25" w14:textId="77777777" w:rsidR="001F76E0" w:rsidRPr="00315860" w:rsidRDefault="00576E23">
      <w:pPr>
        <w:rPr>
          <w:lang w:val="pl-PL"/>
        </w:rPr>
      </w:pPr>
      <w:r w:rsidRPr="00315860">
        <w:rPr>
          <w:b/>
          <w:lang w:val="pl-PL"/>
        </w:rPr>
        <w:t>Rodzic / opiekun prawny 1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7340"/>
      </w:tblGrid>
      <w:tr w:rsidR="001F76E0" w:rsidRPr="00315860" w14:paraId="3B083CC0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FB34BB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Imię i nazwisko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22BF0D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…………………………………………………………………………………………</w:t>
            </w:r>
          </w:p>
        </w:tc>
      </w:tr>
      <w:tr w:rsidR="001F76E0" w:rsidRPr="00315860" w14:paraId="1AA5CD1A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0F6239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Data urodzenia / obywatelstwo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3801B1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 / …………………………………………………………</w:t>
            </w:r>
          </w:p>
        </w:tc>
      </w:tr>
      <w:tr w:rsidR="001F76E0" w:rsidRPr="00315860" w14:paraId="2A58C87F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BA2434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PESEL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0BBCD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…………………………………   □ brak PESEL – seria i nr dokumentu: …………………………………</w:t>
            </w:r>
          </w:p>
        </w:tc>
      </w:tr>
      <w:tr w:rsidR="001F76E0" w:rsidRPr="00315860" w14:paraId="4BA7A1A9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1066B0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Adres zamieszkania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402A68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jak dziecka    □ inny: ……………………………………………………………………</w:t>
            </w:r>
          </w:p>
        </w:tc>
      </w:tr>
      <w:tr w:rsidR="001F76E0" w:rsidRPr="00315860" w14:paraId="6EC63084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F1ADF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Telefon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AC4B00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…………………………………………………………………………………………</w:t>
            </w:r>
          </w:p>
        </w:tc>
      </w:tr>
      <w:tr w:rsidR="001F76E0" w:rsidRPr="00315860" w14:paraId="62E16F9D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4018E9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E-mail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087E48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…………………………………………………………………………………………</w:t>
            </w:r>
          </w:p>
        </w:tc>
      </w:tr>
    </w:tbl>
    <w:p w14:paraId="7D83C39B" w14:textId="77777777" w:rsidR="001F76E0" w:rsidRPr="00315860" w:rsidRDefault="00576E23">
      <w:pPr>
        <w:rPr>
          <w:lang w:val="pl-PL"/>
        </w:rPr>
      </w:pPr>
      <w:r w:rsidRPr="00315860">
        <w:rPr>
          <w:b/>
          <w:lang w:val="pl-PL"/>
        </w:rPr>
        <w:t>Rodzic / opiekun prawny 2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7340"/>
      </w:tblGrid>
      <w:tr w:rsidR="001F76E0" w:rsidRPr="00315860" w14:paraId="2480898F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F40EE3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Imię i nazwisko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EC04C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…………………………………………………………………………………………</w:t>
            </w:r>
          </w:p>
        </w:tc>
      </w:tr>
      <w:tr w:rsidR="001F76E0" w:rsidRPr="00315860" w14:paraId="5A3B398E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29F40F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Data urodzenia / obywatelstwo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84DDBB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 / …………………………………………………………</w:t>
            </w:r>
          </w:p>
        </w:tc>
      </w:tr>
      <w:tr w:rsidR="001F76E0" w:rsidRPr="00315860" w14:paraId="1727E4E4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1BE8A2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PESEL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B865D8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…………………………………   □ brak PESEL – seria i nr dokumentu: …………………………………</w:t>
            </w:r>
          </w:p>
        </w:tc>
      </w:tr>
      <w:tr w:rsidR="001F76E0" w:rsidRPr="00315860" w14:paraId="35C10655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84B500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Adres zamieszkania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20A75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 xml:space="preserve">□ jak dziecka    □ inny: </w:t>
            </w:r>
            <w:r w:rsidRPr="00315860">
              <w:rPr>
                <w:lang w:val="pl-PL"/>
              </w:rPr>
              <w:lastRenderedPageBreak/>
              <w:t>……………………………………………………………………</w:t>
            </w:r>
          </w:p>
        </w:tc>
      </w:tr>
      <w:tr w:rsidR="001F76E0" w:rsidRPr="00315860" w14:paraId="2F245841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1CAE2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lastRenderedPageBreak/>
              <w:t>Telefon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525F71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…………………………………………………………………………………………</w:t>
            </w:r>
          </w:p>
        </w:tc>
      </w:tr>
      <w:tr w:rsidR="001F76E0" w:rsidRPr="00315860" w14:paraId="7A488882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5A862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E-mail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D9B6D9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…………………………………………………………………………………………</w:t>
            </w:r>
          </w:p>
        </w:tc>
      </w:tr>
    </w:tbl>
    <w:p w14:paraId="4BA9CFB9" w14:textId="77777777" w:rsidR="001F76E0" w:rsidRPr="00315860" w:rsidRDefault="00576E23">
      <w:pPr>
        <w:rPr>
          <w:lang w:val="pl-PL"/>
        </w:rPr>
      </w:pPr>
      <w:r w:rsidRPr="00315860">
        <w:rPr>
          <w:b/>
          <w:sz w:val="22"/>
          <w:lang w:val="pl-PL"/>
        </w:rPr>
        <w:t>III. INFORMACJE O RODZEŃSTWIE DZIECKA</w:t>
      </w:r>
    </w:p>
    <w:p w14:paraId="4C92C6A5" w14:textId="77777777" w:rsidR="001F76E0" w:rsidRPr="00315860" w:rsidRDefault="00576E23">
      <w:pPr>
        <w:spacing w:before="80"/>
        <w:rPr>
          <w:lang w:val="pl-PL"/>
        </w:rPr>
      </w:pPr>
      <w:r w:rsidRPr="00315860">
        <w:rPr>
          <w:i/>
          <w:sz w:val="18"/>
          <w:lang w:val="pl-PL"/>
        </w:rPr>
        <w:t>Należy podać liczbę i wiek rodzeństwa – w zakresie wymaganym przepisami ustawy. Nie należy wpisywać dodatkowych danych, które nie są potrzebne do rekrutacji.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7340"/>
      </w:tblGrid>
      <w:tr w:rsidR="001F76E0" w:rsidRPr="00315860" w14:paraId="660AFB74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DB8AFF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Liczba rodzeństwa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70376C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</w:t>
            </w:r>
          </w:p>
        </w:tc>
      </w:tr>
      <w:tr w:rsidR="001F76E0" w:rsidRPr="00315860" w14:paraId="33F420A7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5D8D72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Wiek rodzeństwa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08355D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…………………………………………………………………………………………</w:t>
            </w:r>
          </w:p>
        </w:tc>
      </w:tr>
      <w:tr w:rsidR="001F76E0" w:rsidRPr="00315860" w14:paraId="7C08F63A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9587D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Czy rodzeństwo korzysta obecnie z Publicznego Żłobka w Stromcu?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898039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NIE    □ TAK – imię i nazwisko rodzeństwa: ………………………………………</w:t>
            </w:r>
          </w:p>
        </w:tc>
      </w:tr>
    </w:tbl>
    <w:p w14:paraId="7EDB0215" w14:textId="77777777" w:rsidR="001F76E0" w:rsidRPr="00315860" w:rsidRDefault="00576E23">
      <w:pPr>
        <w:rPr>
          <w:lang w:val="pl-PL"/>
        </w:rPr>
      </w:pPr>
      <w:r w:rsidRPr="00315860">
        <w:rPr>
          <w:b/>
          <w:sz w:val="22"/>
          <w:lang w:val="pl-PL"/>
        </w:rPr>
        <w:t>IV. AKTYWNOŚĆ ZAWODOWA RODZICÓW / OPIEKUNÓW PRAWNYCH</w:t>
      </w:r>
    </w:p>
    <w:p w14:paraId="32EBD8F0" w14:textId="77777777" w:rsidR="001F76E0" w:rsidRPr="00315860" w:rsidRDefault="00576E23">
      <w:pPr>
        <w:spacing w:before="80"/>
        <w:rPr>
          <w:lang w:val="pl-PL"/>
        </w:rPr>
      </w:pPr>
      <w:r w:rsidRPr="00315860">
        <w:rPr>
          <w:i/>
          <w:sz w:val="18"/>
          <w:lang w:val="pl-PL"/>
        </w:rPr>
        <w:t>Wypełnia się w zakresie dotyczącym kryteriów rekrutacji. W przypadku zatrudnienia lub działalności gospodarczej należy dołączyć właściwe oświadczenie.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3396"/>
        <w:gridCol w:w="3396"/>
      </w:tblGrid>
      <w:tr w:rsidR="001F76E0" w:rsidRPr="00315860" w14:paraId="1893A8ED" w14:textId="77777777">
        <w:trPr>
          <w:jc w:val="center"/>
        </w:trPr>
        <w:tc>
          <w:tcPr>
            <w:tcW w:w="3400" w:type="dxa"/>
            <w:shd w:val="clear" w:color="auto" w:fill="E5E5E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EE4C07" w14:textId="77777777" w:rsidR="001F76E0" w:rsidRPr="00315860" w:rsidRDefault="001F76E0">
            <w:pPr>
              <w:rPr>
                <w:lang w:val="pl-PL"/>
              </w:rPr>
            </w:pPr>
          </w:p>
        </w:tc>
        <w:tc>
          <w:tcPr>
            <w:tcW w:w="3400" w:type="dxa"/>
            <w:shd w:val="clear" w:color="auto" w:fill="E5E5E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E75E0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Rodzic / opiekun 1</w:t>
            </w:r>
          </w:p>
        </w:tc>
        <w:tc>
          <w:tcPr>
            <w:tcW w:w="3400" w:type="dxa"/>
            <w:shd w:val="clear" w:color="auto" w:fill="E5E5E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0F99FF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Rodzic / opiekun 2</w:t>
            </w:r>
          </w:p>
        </w:tc>
      </w:tr>
      <w:tr w:rsidR="001F76E0" w:rsidRPr="00315860" w14:paraId="259C1025" w14:textId="77777777">
        <w:trPr>
          <w:jc w:val="center"/>
        </w:trPr>
        <w:tc>
          <w:tcPr>
            <w:tcW w:w="3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C4450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Zatrudnienie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9992A2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TAK   □ NIE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9B3062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TAK   □ NIE</w:t>
            </w:r>
          </w:p>
        </w:tc>
      </w:tr>
      <w:tr w:rsidR="001F76E0" w:rsidRPr="00315860" w14:paraId="6D0653C1" w14:textId="77777777">
        <w:trPr>
          <w:jc w:val="center"/>
        </w:trPr>
        <w:tc>
          <w:tcPr>
            <w:tcW w:w="3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242E89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Działalność gospodarcza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1A2877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TAK   □ NIE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8F503F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TAK   □ NIE</w:t>
            </w:r>
          </w:p>
        </w:tc>
      </w:tr>
    </w:tbl>
    <w:p w14:paraId="26C80F45" w14:textId="77777777" w:rsidR="001F76E0" w:rsidRPr="00315860" w:rsidRDefault="00576E23">
      <w:pPr>
        <w:spacing w:after="60"/>
        <w:rPr>
          <w:lang w:val="pl-PL"/>
        </w:rPr>
      </w:pPr>
      <w:r w:rsidRPr="00315860">
        <w:rPr>
          <w:lang w:val="pl-PL"/>
        </w:rPr>
        <w:t>Miejsce pracy rodzica/opiekuna 1 (jeżeli dotyczy): …………………………………………………………………………………………………………</w:t>
      </w:r>
    </w:p>
    <w:p w14:paraId="63FEA327" w14:textId="77777777" w:rsidR="001F76E0" w:rsidRPr="00315860" w:rsidRDefault="00576E23">
      <w:pPr>
        <w:spacing w:after="60"/>
        <w:rPr>
          <w:lang w:val="pl-PL"/>
        </w:rPr>
      </w:pPr>
      <w:r w:rsidRPr="00315860">
        <w:rPr>
          <w:lang w:val="pl-PL"/>
        </w:rPr>
        <w:t>Miejsce pracy rodzica/opiekuna 2 (jeżeli dotyczy): …………………………………………………………………………………………………………</w:t>
      </w:r>
    </w:p>
    <w:p w14:paraId="3AC60E3F" w14:textId="77777777" w:rsidR="001F76E0" w:rsidRPr="00315860" w:rsidRDefault="00576E23">
      <w:pPr>
        <w:rPr>
          <w:lang w:val="pl-PL"/>
        </w:rPr>
      </w:pPr>
      <w:r w:rsidRPr="00315860">
        <w:rPr>
          <w:b/>
          <w:sz w:val="22"/>
          <w:lang w:val="pl-PL"/>
        </w:rPr>
        <w:t>V. KRYTERIA REKRUTACYJNE</w:t>
      </w:r>
    </w:p>
    <w:p w14:paraId="5B1D631F" w14:textId="77777777" w:rsidR="001F76E0" w:rsidRPr="00315860" w:rsidRDefault="00576E23">
      <w:pPr>
        <w:spacing w:before="80"/>
        <w:rPr>
          <w:lang w:val="pl-PL"/>
        </w:rPr>
      </w:pPr>
      <w:r w:rsidRPr="00315860">
        <w:rPr>
          <w:i/>
          <w:sz w:val="18"/>
          <w:lang w:val="pl-PL"/>
        </w:rPr>
        <w:t>Zaznaczenie „TAK” oznacza ubieganie się o punkty za dane kryterium i wymaga dołączenia dokumentu wskazanego w Regulaminie Rekrutacji.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3395"/>
        <w:gridCol w:w="3397"/>
      </w:tblGrid>
      <w:tr w:rsidR="001F76E0" w:rsidRPr="00315860" w14:paraId="0D96085C" w14:textId="77777777">
        <w:trPr>
          <w:jc w:val="center"/>
        </w:trPr>
        <w:tc>
          <w:tcPr>
            <w:tcW w:w="3400" w:type="dxa"/>
            <w:shd w:val="clear" w:color="auto" w:fill="E5E5E5"/>
          </w:tcPr>
          <w:p w14:paraId="11708D1B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Kryterium</w:t>
            </w:r>
          </w:p>
        </w:tc>
        <w:tc>
          <w:tcPr>
            <w:tcW w:w="3400" w:type="dxa"/>
            <w:shd w:val="clear" w:color="auto" w:fill="E5E5E5"/>
          </w:tcPr>
          <w:p w14:paraId="25E20D6B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TAK / NIE</w:t>
            </w:r>
          </w:p>
        </w:tc>
        <w:tc>
          <w:tcPr>
            <w:tcW w:w="3400" w:type="dxa"/>
            <w:shd w:val="clear" w:color="auto" w:fill="E5E5E5"/>
          </w:tcPr>
          <w:p w14:paraId="6C2975B8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Dokument</w:t>
            </w:r>
          </w:p>
        </w:tc>
      </w:tr>
      <w:tr w:rsidR="001F76E0" w:rsidRPr="00315860" w14:paraId="3AB49323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CB7648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Dziecko zamieszkuje na terenie Gminy Stromiec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857F39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TAK   □ NIE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6E8A18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Załącznik nr 1</w:t>
            </w:r>
          </w:p>
        </w:tc>
      </w:tr>
      <w:tr w:rsidR="001F76E0" w:rsidRPr="00315860" w14:paraId="78F7246E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7D6614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Samotne wychowywanie dziecka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C1E83B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TAK   □ NIE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F6E68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Załącznik nr 4</w:t>
            </w:r>
          </w:p>
        </w:tc>
      </w:tr>
      <w:tr w:rsidR="001F76E0" w:rsidRPr="00315860" w14:paraId="4D0D3617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3D8A2B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Dziecko z rodziny wielodzietnej (3 i więcej dzieci)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EA775A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TAK   □ NIE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F18879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Załącznik nr 5</w:t>
            </w:r>
          </w:p>
        </w:tc>
      </w:tr>
      <w:tr w:rsidR="001F76E0" w:rsidRPr="00315860" w14:paraId="07BDF66F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E0E9AD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Dziecko z orzeczoną niepełnosprawnością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713E34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TAK   □ NIE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6C3F1C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orzeczenie o niepełnosprawności</w:t>
            </w:r>
          </w:p>
        </w:tc>
      </w:tr>
      <w:tr w:rsidR="001F76E0" w:rsidRPr="00315860" w14:paraId="17A1EEAE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A3AAF6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Rodzic/opiekun prawny z niepełnosprawnością w zakresie wskazanym w Regulaminie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E26068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□ TAK   □ NIE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9942BB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orzeczenie potwierdzające kryterium</w:t>
            </w:r>
          </w:p>
        </w:tc>
      </w:tr>
      <w:tr w:rsidR="001F76E0" w:rsidRPr="00315860" w14:paraId="6F207B4B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4E4E85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 xml:space="preserve">Rodzeństwo dziecka korzysta z usług Publicznego Żłobka w </w:t>
            </w:r>
            <w:r w:rsidRPr="00315860">
              <w:rPr>
                <w:lang w:val="pl-PL"/>
              </w:rPr>
              <w:lastRenderedPageBreak/>
              <w:t>Stromcu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271ED4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lastRenderedPageBreak/>
              <w:t>□ TAK   □ NIE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D6950B" w14:textId="77777777" w:rsidR="001F76E0" w:rsidRPr="00315860" w:rsidRDefault="00576E23">
            <w:pPr>
              <w:rPr>
                <w:lang w:val="pl-PL"/>
              </w:rPr>
            </w:pPr>
            <w:r w:rsidRPr="00315860">
              <w:rPr>
                <w:lang w:val="pl-PL"/>
              </w:rPr>
              <w:t>Załącznik nr 6</w:t>
            </w:r>
          </w:p>
        </w:tc>
      </w:tr>
    </w:tbl>
    <w:p w14:paraId="4C26E435" w14:textId="77777777" w:rsidR="001F76E0" w:rsidRPr="00315860" w:rsidRDefault="00576E23">
      <w:pPr>
        <w:rPr>
          <w:lang w:val="pl-PL"/>
        </w:rPr>
      </w:pPr>
      <w:r w:rsidRPr="00315860">
        <w:rPr>
          <w:b/>
          <w:sz w:val="22"/>
          <w:lang w:val="pl-PL"/>
        </w:rPr>
        <w:t>VI. INFORMACJE NIEZBĘDNE DO ZAPEWNIENIA DZIECKU PRAWIDŁOWEJ OPIEKI</w:t>
      </w:r>
    </w:p>
    <w:p w14:paraId="0B0D97C1" w14:textId="77777777" w:rsidR="001F76E0" w:rsidRPr="00315860" w:rsidRDefault="00576E23">
      <w:pPr>
        <w:spacing w:before="80"/>
        <w:rPr>
          <w:lang w:val="pl-PL"/>
        </w:rPr>
      </w:pPr>
      <w:r w:rsidRPr="00315860">
        <w:rPr>
          <w:i/>
          <w:sz w:val="18"/>
          <w:lang w:val="pl-PL"/>
        </w:rPr>
        <w:t>Proszę podać wyłącznie informacje istotne z punktu widzenia bezpiecznej i prawidłowej opieki nad dzieckiem.</w:t>
      </w:r>
    </w:p>
    <w:p w14:paraId="23837A11" w14:textId="77777777" w:rsidR="001F76E0" w:rsidRPr="00315860" w:rsidRDefault="00576E23">
      <w:pPr>
        <w:rPr>
          <w:lang w:val="pl-PL"/>
        </w:rPr>
      </w:pPr>
      <w:r w:rsidRPr="00315860">
        <w:rPr>
          <w:b/>
          <w:lang w:val="pl-PL"/>
        </w:rPr>
        <w:t>Stan zdrowia / istotne schorzenia lub ograniczenia:</w:t>
      </w:r>
    </w:p>
    <w:p w14:paraId="05EEA570" w14:textId="26D704A4" w:rsidR="001F76E0" w:rsidRPr="00315860" w:rsidRDefault="00576E23">
      <w:pPr>
        <w:rPr>
          <w:lang w:val="pl-PL"/>
        </w:rPr>
      </w:pPr>
      <w:r w:rsidRPr="00315860">
        <w:rPr>
          <w:lang w:val="pl-PL"/>
        </w:rPr>
        <w:t>………………………………………………………………………………………………………………………………</w:t>
      </w:r>
      <w:r w:rsidR="00E61F63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p w14:paraId="2F4D6333" w14:textId="6AE36531" w:rsidR="001F76E0" w:rsidRPr="00315860" w:rsidRDefault="00576E23">
      <w:pPr>
        <w:rPr>
          <w:lang w:val="pl-PL"/>
        </w:rPr>
      </w:pPr>
      <w:r w:rsidRPr="00315860">
        <w:rPr>
          <w:lang w:val="pl-PL"/>
        </w:rPr>
        <w:t>………………………………………………………………………………………………………………………………</w:t>
      </w:r>
      <w:r w:rsidR="00E61F63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p w14:paraId="46E36721" w14:textId="77777777" w:rsidR="001F76E0" w:rsidRPr="00315860" w:rsidRDefault="00576E23">
      <w:pPr>
        <w:rPr>
          <w:lang w:val="pl-PL"/>
        </w:rPr>
      </w:pPr>
      <w:r w:rsidRPr="00315860">
        <w:rPr>
          <w:b/>
          <w:lang w:val="pl-PL"/>
        </w:rPr>
        <w:t>Alergie i stosowana dieta:</w:t>
      </w:r>
    </w:p>
    <w:p w14:paraId="1CF84165" w14:textId="13E1B91C" w:rsidR="001F76E0" w:rsidRPr="00315860" w:rsidRDefault="00576E23">
      <w:pPr>
        <w:rPr>
          <w:lang w:val="pl-PL"/>
        </w:rPr>
      </w:pPr>
      <w:r w:rsidRPr="00315860">
        <w:rPr>
          <w:lang w:val="pl-PL"/>
        </w:rPr>
        <w:t>………………………………………………………………………………………………………………………………</w:t>
      </w:r>
      <w:r w:rsidR="00E61F63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p w14:paraId="7AF18273" w14:textId="6815E27D" w:rsidR="001F76E0" w:rsidRPr="00315860" w:rsidRDefault="00576E23">
      <w:pPr>
        <w:rPr>
          <w:lang w:val="pl-PL"/>
        </w:rPr>
      </w:pPr>
      <w:r w:rsidRPr="00315860">
        <w:rPr>
          <w:lang w:val="pl-PL"/>
        </w:rPr>
        <w:t>………………………………………………………………………………………………………………………………</w:t>
      </w:r>
      <w:r w:rsidR="00E61F63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p w14:paraId="1E266FEA" w14:textId="77777777" w:rsidR="001F76E0" w:rsidRPr="00315860" w:rsidRDefault="00576E23">
      <w:pPr>
        <w:rPr>
          <w:lang w:val="pl-PL"/>
        </w:rPr>
      </w:pPr>
      <w:r w:rsidRPr="00315860">
        <w:rPr>
          <w:b/>
          <w:lang w:val="pl-PL"/>
        </w:rPr>
        <w:t>Istotne informacje o rozwoju psychofizycznym / szczególnych potrzebach dziecka:</w:t>
      </w:r>
    </w:p>
    <w:p w14:paraId="43A01A7B" w14:textId="156404A7" w:rsidR="001F76E0" w:rsidRPr="00315860" w:rsidRDefault="00576E23">
      <w:pPr>
        <w:rPr>
          <w:lang w:val="pl-PL"/>
        </w:rPr>
      </w:pPr>
      <w:r w:rsidRPr="00315860">
        <w:rPr>
          <w:lang w:val="pl-PL"/>
        </w:rPr>
        <w:t>………………………………………………………………………………………………………………………………</w:t>
      </w:r>
      <w:r w:rsidR="00E61F63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p w14:paraId="7024BC8B" w14:textId="39137D49" w:rsidR="001F76E0" w:rsidRPr="00315860" w:rsidRDefault="00576E23">
      <w:pPr>
        <w:rPr>
          <w:lang w:val="pl-PL"/>
        </w:rPr>
      </w:pPr>
      <w:r w:rsidRPr="00315860">
        <w:rPr>
          <w:lang w:val="pl-PL"/>
        </w:rPr>
        <w:t>………………………………………………………………………………………………………………………………</w:t>
      </w:r>
      <w:r w:rsidR="00E61F63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p w14:paraId="4C6214DC" w14:textId="77777777" w:rsidR="001F76E0" w:rsidRPr="00315860" w:rsidRDefault="00576E23">
      <w:pPr>
        <w:rPr>
          <w:lang w:val="pl-PL"/>
        </w:rPr>
      </w:pPr>
      <w:r w:rsidRPr="00315860">
        <w:rPr>
          <w:b/>
          <w:sz w:val="22"/>
          <w:lang w:val="pl-PL"/>
        </w:rPr>
        <w:t>VII. OŚWIADCZENIA</w:t>
      </w:r>
    </w:p>
    <w:p w14:paraId="69C71935" w14:textId="77777777" w:rsidR="001F76E0" w:rsidRPr="00315860" w:rsidRDefault="00576E23">
      <w:pPr>
        <w:ind w:left="227"/>
        <w:rPr>
          <w:lang w:val="pl-PL"/>
        </w:rPr>
      </w:pPr>
      <w:r w:rsidRPr="00315860">
        <w:rPr>
          <w:lang w:val="pl-PL"/>
        </w:rPr>
        <w:t>• Oświadczam, że dane podane we wniosku i załącznikach są zgodne ze stanem faktycznym.</w:t>
      </w:r>
    </w:p>
    <w:p w14:paraId="161EE591" w14:textId="77777777" w:rsidR="001F76E0" w:rsidRPr="00315860" w:rsidRDefault="00576E23">
      <w:pPr>
        <w:ind w:left="227"/>
        <w:rPr>
          <w:lang w:val="pl-PL"/>
        </w:rPr>
      </w:pPr>
      <w:r w:rsidRPr="00315860">
        <w:rPr>
          <w:lang w:val="pl-PL"/>
        </w:rPr>
        <w:t>• Potwierdzam, że zapoznałem/am się z Regulaminem Rekrutacji do Publicznego Żłobka w Stromcu na rok 2026/2027.</w:t>
      </w:r>
    </w:p>
    <w:p w14:paraId="3A59A0F3" w14:textId="77777777" w:rsidR="001F76E0" w:rsidRPr="00315860" w:rsidRDefault="00576E23">
      <w:pPr>
        <w:ind w:left="227"/>
        <w:rPr>
          <w:lang w:val="pl-PL"/>
        </w:rPr>
      </w:pPr>
      <w:r w:rsidRPr="00315860">
        <w:rPr>
          <w:lang w:val="pl-PL"/>
        </w:rPr>
        <w:t>• Potwierdzam otrzymanie klauzuli informacyjnej dotyczącej przetwarzania danych osobowych w procesie rekrutacji. Przyjmuję do wiadomości, że podstawą przetwarzania danych wymaganych w procesie rekrutacji nie jest zgoda, lecz przepisy prawa i zasady rekrutacji.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1F76E0" w:rsidRPr="00315860" w14:paraId="4E90543A" w14:textId="77777777">
        <w:trPr>
          <w:jc w:val="center"/>
        </w:trPr>
        <w:tc>
          <w:tcPr>
            <w:tcW w:w="5100" w:type="dxa"/>
            <w:vAlign w:val="center"/>
          </w:tcPr>
          <w:p w14:paraId="1B8069BD" w14:textId="77777777" w:rsidR="001F76E0" w:rsidRPr="00315860" w:rsidRDefault="00576E23">
            <w:pPr>
              <w:jc w:val="center"/>
              <w:rPr>
                <w:lang w:val="pl-PL"/>
              </w:rPr>
            </w:pPr>
            <w:r w:rsidRPr="00315860">
              <w:rPr>
                <w:sz w:val="19"/>
                <w:lang w:val="pl-PL"/>
              </w:rPr>
              <w:t>……………………………………</w:t>
            </w:r>
          </w:p>
        </w:tc>
        <w:tc>
          <w:tcPr>
            <w:tcW w:w="5100" w:type="dxa"/>
            <w:vAlign w:val="center"/>
          </w:tcPr>
          <w:p w14:paraId="28653ADF" w14:textId="77777777" w:rsidR="001F76E0" w:rsidRPr="00315860" w:rsidRDefault="00576E23">
            <w:pPr>
              <w:jc w:val="center"/>
              <w:rPr>
                <w:lang w:val="pl-PL"/>
              </w:rPr>
            </w:pPr>
            <w:r w:rsidRPr="00315860">
              <w:rPr>
                <w:sz w:val="19"/>
                <w:lang w:val="pl-PL"/>
              </w:rPr>
              <w:t>………………………………………………………………</w:t>
            </w:r>
          </w:p>
        </w:tc>
      </w:tr>
      <w:tr w:rsidR="001F76E0" w:rsidRPr="00315860" w14:paraId="7D1846C2" w14:textId="77777777">
        <w:trPr>
          <w:jc w:val="center"/>
        </w:trPr>
        <w:tc>
          <w:tcPr>
            <w:tcW w:w="5100" w:type="dxa"/>
            <w:vAlign w:val="center"/>
          </w:tcPr>
          <w:p w14:paraId="11FC1F66" w14:textId="77777777" w:rsidR="001F76E0" w:rsidRPr="00315860" w:rsidRDefault="00576E23">
            <w:pPr>
              <w:jc w:val="center"/>
              <w:rPr>
                <w:lang w:val="pl-PL"/>
              </w:rPr>
            </w:pPr>
            <w:r w:rsidRPr="00315860">
              <w:rPr>
                <w:sz w:val="19"/>
                <w:lang w:val="pl-PL"/>
              </w:rPr>
              <w:t>(data)</w:t>
            </w:r>
          </w:p>
        </w:tc>
        <w:tc>
          <w:tcPr>
            <w:tcW w:w="5100" w:type="dxa"/>
            <w:vAlign w:val="center"/>
          </w:tcPr>
          <w:p w14:paraId="104D35DE" w14:textId="77777777" w:rsidR="001F76E0" w:rsidRPr="00315860" w:rsidRDefault="00576E23">
            <w:pPr>
              <w:jc w:val="center"/>
              <w:rPr>
                <w:lang w:val="pl-PL"/>
              </w:rPr>
            </w:pPr>
            <w:r w:rsidRPr="00315860">
              <w:rPr>
                <w:sz w:val="19"/>
                <w:lang w:val="pl-PL"/>
              </w:rPr>
              <w:t>(czytelny podpis rodzica/opiekuna prawnego)</w:t>
            </w:r>
          </w:p>
        </w:tc>
      </w:tr>
    </w:tbl>
    <w:p w14:paraId="275F7AC3" w14:textId="77777777" w:rsidR="001F76E0" w:rsidRPr="00315860" w:rsidRDefault="001F76E0">
      <w:pPr>
        <w:pageBreakBefore/>
        <w:rPr>
          <w:lang w:val="pl-PL"/>
        </w:rPr>
      </w:pPr>
    </w:p>
    <w:p w14:paraId="14F54F1A" w14:textId="77777777" w:rsidR="001F76E0" w:rsidRPr="00315860" w:rsidRDefault="00576E23">
      <w:pPr>
        <w:rPr>
          <w:lang w:val="pl-PL"/>
        </w:rPr>
      </w:pPr>
      <w:r w:rsidRPr="00315860">
        <w:rPr>
          <w:b/>
          <w:sz w:val="22"/>
          <w:lang w:val="pl-PL"/>
        </w:rPr>
        <w:t>CZĘŚĆ URZĘDOWA – KOMISJA REKRUTACYJNA</w:t>
      </w:r>
    </w:p>
    <w:p w14:paraId="21E85E21" w14:textId="50B0CA09" w:rsidR="001F76E0" w:rsidRPr="00315860" w:rsidRDefault="00576E23">
      <w:pPr>
        <w:spacing w:after="60"/>
        <w:rPr>
          <w:lang w:val="pl-PL"/>
        </w:rPr>
      </w:pPr>
      <w:r w:rsidRPr="00315860">
        <w:rPr>
          <w:lang w:val="pl-PL"/>
        </w:rPr>
        <w:t>Liczba punktów: ………………………………………………………………………………………………………………………………</w:t>
      </w:r>
      <w:r w:rsidR="00315860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p w14:paraId="6A6FEEFA" w14:textId="33A4D2B3" w:rsidR="001F76E0" w:rsidRPr="00315860" w:rsidRDefault="00576E23">
      <w:pPr>
        <w:spacing w:after="60"/>
        <w:rPr>
          <w:lang w:val="pl-PL"/>
        </w:rPr>
      </w:pPr>
      <w:r w:rsidRPr="00315860">
        <w:rPr>
          <w:lang w:val="pl-PL"/>
        </w:rPr>
        <w:t xml:space="preserve">Wynik:  □ zakwalifikowano   □ nie zakwalifikowano   □ lista rezerwowa </w:t>
      </w:r>
      <w:r w:rsidR="00E61F63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p w14:paraId="632FE89A" w14:textId="380630A8" w:rsidR="001F76E0" w:rsidRPr="00315860" w:rsidRDefault="00576E23">
      <w:pPr>
        <w:spacing w:after="60"/>
        <w:rPr>
          <w:lang w:val="pl-PL"/>
        </w:rPr>
      </w:pPr>
      <w:r w:rsidRPr="00315860">
        <w:rPr>
          <w:lang w:val="pl-PL"/>
        </w:rPr>
        <w:t>Uwagi: ………………………………………………………………………………………………………………………………</w:t>
      </w:r>
      <w:r w:rsidR="00315860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p w14:paraId="3FFB387B" w14:textId="5D554E56" w:rsidR="001F76E0" w:rsidRPr="00315860" w:rsidRDefault="00576E23">
      <w:pPr>
        <w:rPr>
          <w:lang w:val="pl-PL"/>
        </w:rPr>
      </w:pPr>
      <w:r w:rsidRPr="00315860">
        <w:rPr>
          <w:lang w:val="pl-PL"/>
        </w:rPr>
        <w:t>………………………………………………………………………………………………………………………………</w:t>
      </w:r>
      <w:r w:rsidR="00315860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p w14:paraId="23B2AD0A" w14:textId="1AFABF76" w:rsidR="001F76E0" w:rsidRPr="00315860" w:rsidRDefault="00576E23">
      <w:pPr>
        <w:rPr>
          <w:lang w:val="pl-PL"/>
        </w:rPr>
      </w:pPr>
      <w:r w:rsidRPr="00315860">
        <w:rPr>
          <w:lang w:val="pl-PL"/>
        </w:rPr>
        <w:t>………………………………………………………………………………………………………………………………</w:t>
      </w:r>
      <w:r w:rsidR="00315860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p w14:paraId="18A510C2" w14:textId="15D6D0F3" w:rsidR="001F76E0" w:rsidRPr="00315860" w:rsidRDefault="00576E23">
      <w:pPr>
        <w:rPr>
          <w:lang w:val="pl-PL"/>
        </w:rPr>
      </w:pPr>
      <w:r w:rsidRPr="00315860">
        <w:rPr>
          <w:lang w:val="pl-PL"/>
        </w:rPr>
        <w:t>………………………………………………………………………………………………………………………………</w:t>
      </w:r>
      <w:r w:rsidR="00315860" w:rsidRPr="00315860">
        <w:rPr>
          <w:lang w:val="pl-PL"/>
        </w:rPr>
        <w:t>………………………………………………………………………………………………………………………………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1F76E0" w:rsidRPr="00315860" w14:paraId="5A6BC4B8" w14:textId="77777777">
        <w:trPr>
          <w:jc w:val="center"/>
        </w:trPr>
        <w:tc>
          <w:tcPr>
            <w:tcW w:w="5100" w:type="dxa"/>
            <w:vAlign w:val="center"/>
          </w:tcPr>
          <w:p w14:paraId="0F8097D4" w14:textId="77777777" w:rsidR="001F76E0" w:rsidRPr="00315860" w:rsidRDefault="00576E23">
            <w:pPr>
              <w:jc w:val="center"/>
              <w:rPr>
                <w:lang w:val="pl-PL"/>
              </w:rPr>
            </w:pPr>
            <w:r w:rsidRPr="00315860">
              <w:rPr>
                <w:sz w:val="19"/>
                <w:lang w:val="pl-PL"/>
              </w:rPr>
              <w:t>……………………………………</w:t>
            </w:r>
          </w:p>
        </w:tc>
        <w:tc>
          <w:tcPr>
            <w:tcW w:w="5100" w:type="dxa"/>
            <w:vAlign w:val="center"/>
          </w:tcPr>
          <w:p w14:paraId="534D6014" w14:textId="77777777" w:rsidR="001F76E0" w:rsidRPr="00315860" w:rsidRDefault="00576E23">
            <w:pPr>
              <w:jc w:val="center"/>
              <w:rPr>
                <w:lang w:val="pl-PL"/>
              </w:rPr>
            </w:pPr>
            <w:r w:rsidRPr="00315860">
              <w:rPr>
                <w:sz w:val="19"/>
                <w:lang w:val="pl-PL"/>
              </w:rPr>
              <w:t>………………………………………………………………</w:t>
            </w:r>
          </w:p>
        </w:tc>
      </w:tr>
      <w:tr w:rsidR="001F76E0" w:rsidRPr="00315860" w14:paraId="175A808F" w14:textId="77777777">
        <w:trPr>
          <w:jc w:val="center"/>
        </w:trPr>
        <w:tc>
          <w:tcPr>
            <w:tcW w:w="5100" w:type="dxa"/>
            <w:vAlign w:val="center"/>
          </w:tcPr>
          <w:p w14:paraId="73669E6F" w14:textId="77777777" w:rsidR="001F76E0" w:rsidRPr="00315860" w:rsidRDefault="00576E23">
            <w:pPr>
              <w:jc w:val="center"/>
              <w:rPr>
                <w:lang w:val="pl-PL"/>
              </w:rPr>
            </w:pPr>
            <w:r w:rsidRPr="00315860">
              <w:rPr>
                <w:sz w:val="19"/>
                <w:lang w:val="pl-PL"/>
              </w:rPr>
              <w:t>(data posiedzenia)</w:t>
            </w:r>
          </w:p>
        </w:tc>
        <w:tc>
          <w:tcPr>
            <w:tcW w:w="5100" w:type="dxa"/>
            <w:vAlign w:val="center"/>
          </w:tcPr>
          <w:p w14:paraId="42D8EF20" w14:textId="77777777" w:rsidR="001F76E0" w:rsidRPr="00315860" w:rsidRDefault="00576E23">
            <w:pPr>
              <w:jc w:val="center"/>
              <w:rPr>
                <w:lang w:val="pl-PL"/>
              </w:rPr>
            </w:pPr>
            <w:r w:rsidRPr="00315860">
              <w:rPr>
                <w:sz w:val="19"/>
                <w:lang w:val="pl-PL"/>
              </w:rPr>
              <w:t>(podpis Przewodniczącego Komisji)</w:t>
            </w:r>
          </w:p>
        </w:tc>
      </w:tr>
    </w:tbl>
    <w:p w14:paraId="0602B0F0" w14:textId="77777777" w:rsidR="00576E23" w:rsidRPr="00315860" w:rsidRDefault="00576E23">
      <w:pPr>
        <w:rPr>
          <w:lang w:val="pl-PL"/>
        </w:rPr>
      </w:pPr>
    </w:p>
    <w:sectPr w:rsidR="00576E23" w:rsidRPr="00315860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0753349">
    <w:abstractNumId w:val="8"/>
  </w:num>
  <w:num w:numId="2" w16cid:durableId="2009212463">
    <w:abstractNumId w:val="6"/>
  </w:num>
  <w:num w:numId="3" w16cid:durableId="1495801274">
    <w:abstractNumId w:val="5"/>
  </w:num>
  <w:num w:numId="4" w16cid:durableId="2117796127">
    <w:abstractNumId w:val="4"/>
  </w:num>
  <w:num w:numId="5" w16cid:durableId="586311916">
    <w:abstractNumId w:val="7"/>
  </w:num>
  <w:num w:numId="6" w16cid:durableId="834497571">
    <w:abstractNumId w:val="3"/>
  </w:num>
  <w:num w:numId="7" w16cid:durableId="140580821">
    <w:abstractNumId w:val="2"/>
  </w:num>
  <w:num w:numId="8" w16cid:durableId="1986856903">
    <w:abstractNumId w:val="1"/>
  </w:num>
  <w:num w:numId="9" w16cid:durableId="1902592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612C"/>
    <w:rsid w:val="0015074B"/>
    <w:rsid w:val="001F76E0"/>
    <w:rsid w:val="0029639D"/>
    <w:rsid w:val="00315860"/>
    <w:rsid w:val="00326F90"/>
    <w:rsid w:val="00576E23"/>
    <w:rsid w:val="005F366B"/>
    <w:rsid w:val="00847D1F"/>
    <w:rsid w:val="00AA1D8D"/>
    <w:rsid w:val="00AB303B"/>
    <w:rsid w:val="00B47730"/>
    <w:rsid w:val="00CB0664"/>
    <w:rsid w:val="00E61F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A5BBDD"/>
  <w14:defaultImageDpi w14:val="300"/>
  <w15:docId w15:val="{CA8E9DE9-F7BC-48C2-9694-7FCADDEB3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Liberation Sans" w:eastAsia="Liberation Sans" w:hAnsi="Liberation San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Paprocki</dc:creator>
  <cp:keywords/>
  <cp:lastModifiedBy>Kamila Dobosz</cp:lastModifiedBy>
  <cp:revision>2</cp:revision>
  <dcterms:created xsi:type="dcterms:W3CDTF">2026-09-24T08:26:00Z</dcterms:created>
  <dcterms:modified xsi:type="dcterms:W3CDTF">2026-09-24T08:26:00Z</dcterms:modified>
  <cp:category/>
</cp:coreProperties>
</file>