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163" w:rsidRPr="00900CFD" w:rsidRDefault="0033446E" w:rsidP="00900CFD">
      <w:pPr>
        <w:spacing w:after="140"/>
        <w:jc w:val="center"/>
        <w:rPr>
          <w:lang w:val="pl-PL"/>
        </w:rPr>
      </w:pPr>
      <w:r w:rsidRPr="00900CFD">
        <w:rPr>
          <w:b/>
          <w:sz w:val="25"/>
          <w:lang w:val="pl-PL"/>
        </w:rPr>
        <w:t>KLAUZULA INFORMACYJNA DLA PRAKTYKANTA / STAŻYSTY</w:t>
      </w:r>
    </w:p>
    <w:p w:rsidR="008B0163" w:rsidRPr="00900CFD" w:rsidRDefault="0033446E" w:rsidP="00900CFD">
      <w:pPr>
        <w:spacing w:after="120" w:line="250" w:lineRule="auto"/>
        <w:jc w:val="both"/>
        <w:rPr>
          <w:lang w:val="pl-PL"/>
        </w:rPr>
      </w:pPr>
      <w:r w:rsidRPr="00900CFD">
        <w:rPr>
          <w:sz w:val="20"/>
          <w:lang w:val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/>
      </w:tblPr>
      <w:tblGrid>
        <w:gridCol w:w="2154"/>
        <w:gridCol w:w="7767"/>
      </w:tblGrid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Publiczny Żłobek w Stromcu, ul. Radomska 72, 26-804 Stromiec.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ED7F7E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 xml:space="preserve">W placówce wyznaczono Inspektora Ochrony Danych – </w:t>
            </w:r>
            <w:r w:rsidR="00900CFD" w:rsidRPr="00900CFD">
              <w:rPr>
                <w:sz w:val="20"/>
                <w:lang w:val="pl-PL"/>
              </w:rPr>
              <w:t xml:space="preserve">Pana Michała Paprockiego. </w:t>
            </w:r>
            <w:r w:rsidRPr="00900CFD">
              <w:rPr>
                <w:sz w:val="20"/>
                <w:lang w:val="pl-PL"/>
              </w:rPr>
              <w:t>Z Inspektorem można skontaktować się korespondencyjnie na adres Administratora albo za pomocą poczty elektronicznej</w:t>
            </w:r>
            <w:proofErr w:type="gramStart"/>
            <w:r w:rsidRPr="00900CFD">
              <w:rPr>
                <w:sz w:val="20"/>
                <w:lang w:val="pl-PL"/>
              </w:rPr>
              <w:t>:</w:t>
            </w:r>
            <w:r w:rsidR="00ED7F7E">
              <w:rPr>
                <w:sz w:val="20"/>
                <w:lang w:val="pl-PL"/>
              </w:rPr>
              <w:t>iod</w:t>
            </w:r>
            <w:proofErr w:type="gramEnd"/>
            <w:r w:rsidR="00ED7F7E">
              <w:rPr>
                <w:sz w:val="20"/>
                <w:lang w:val="pl-PL"/>
              </w:rPr>
              <w:t>.</w:t>
            </w:r>
            <w:proofErr w:type="gramStart"/>
            <w:r w:rsidR="00ED7F7E">
              <w:rPr>
                <w:sz w:val="20"/>
                <w:lang w:val="pl-PL"/>
              </w:rPr>
              <w:t>zlobek</w:t>
            </w:r>
            <w:proofErr w:type="gramEnd"/>
            <w:r w:rsidR="00ED7F7E">
              <w:rPr>
                <w:sz w:val="20"/>
                <w:lang w:val="pl-PL"/>
              </w:rPr>
              <w:t>@ugstromiec.</w:t>
            </w:r>
            <w:proofErr w:type="gramStart"/>
            <w:r w:rsidR="00ED7F7E">
              <w:rPr>
                <w:sz w:val="20"/>
                <w:lang w:val="pl-PL"/>
              </w:rPr>
              <w:t>pl</w:t>
            </w:r>
            <w:proofErr w:type="gramEnd"/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organizacja, realizacja i dokumentowanie praktyki, stażu lub innej formy przygotowania zawodowego – art. 6 ust. 1 lit. b RODO, gdy podstawą jest porozumienie lub umowa, oraz art. 6 ust. 1 lit. c RODO w zakresie obowiązków wynikających z przepisów prawa;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zapewnienie bezpieczeństwa i realizacja obowiązków z zakresu BHP oraz organizacji pracy – art. 6 ust. 1 lit. c RODO;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przetwarzanie danych dodatkowych, jeżeli zostały dobrowolnie przekazane i nie są niezbędne do realizacji praktyki lub stażu – art. 6 ust. 1 lit. a RODO.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Dane mogą być przekazywane podmiotowi kierującemu na praktykę lub staż, organom uprawnionym na podstawie prawa oraz podmiotom świadczącym Administratorowi usługi informatyczne, administracyjne lub BHP – w niezbędnym zakresie.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Dane będą przechowywane przez okres realizacji praktyki lub stażu, a następnie przez okres wymagany przepisami prawa, warunkami porozumienia oraz przepisami kancelaryjno-archiwalnymi.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dostępu do danych osobowych i otrzymania ich kopii;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sprostowania danych;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ograniczenia przetwarzania;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usunięcia danych – w przypadkach przewidzianych RODO;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 xml:space="preserve">• wniesienia </w:t>
            </w:r>
            <w:proofErr w:type="gramStart"/>
            <w:r w:rsidRPr="00900CFD">
              <w:rPr>
                <w:sz w:val="20"/>
                <w:lang w:val="pl-PL"/>
              </w:rPr>
              <w:t>sprzeciwu – jeżeli</w:t>
            </w:r>
            <w:proofErr w:type="gramEnd"/>
            <w:r w:rsidRPr="00900CFD">
              <w:rPr>
                <w:sz w:val="20"/>
                <w:lang w:val="pl-PL"/>
              </w:rPr>
              <w:t xml:space="preserve"> podstawą przetwarzania jest art. 6 ust. 1 lit. e lub f RODO;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 xml:space="preserve">• wycofania zgody w dowolnym </w:t>
            </w:r>
            <w:proofErr w:type="gramStart"/>
            <w:r w:rsidRPr="00900CFD">
              <w:rPr>
                <w:sz w:val="20"/>
                <w:lang w:val="pl-PL"/>
              </w:rPr>
              <w:t>momencie – jeżeli</w:t>
            </w:r>
            <w:proofErr w:type="gramEnd"/>
            <w:r w:rsidRPr="00900CFD">
              <w:rPr>
                <w:sz w:val="20"/>
                <w:lang w:val="pl-PL"/>
              </w:rPr>
              <w:t xml:space="preserve"> dane są przetwarzane na podstawie zgody; wycofanie zgody nie wpływa na zgodność z prawem wcześniejszego przetwarzania;</w:t>
            </w:r>
          </w:p>
          <w:p w:rsidR="008B0163" w:rsidRPr="00900CFD" w:rsidRDefault="0033446E" w:rsidP="00900CFD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• wniesienia skargi do Prezesa Urzędu Ochrony Danych Osobowych, jeżeli przetwarzanie danych narusza przepisy RODO.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Podanie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Podanie danych wymaganych do zawarcia porozumienia i realizacji praktyki lub stażu jest konieczne. Podanie pozostałych danych jest dobrowolne.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 xml:space="preserve">Administrator nie zamierza przekazywać danych osobowych do państw trzecich ani organizacji międzynarodowych, </w:t>
            </w:r>
            <w:proofErr w:type="gramStart"/>
            <w:r w:rsidRPr="00900CFD">
              <w:rPr>
                <w:sz w:val="20"/>
                <w:lang w:val="pl-PL"/>
              </w:rPr>
              <w:t>chyba że</w:t>
            </w:r>
            <w:proofErr w:type="gramEnd"/>
            <w:r w:rsidRPr="00900CFD">
              <w:rPr>
                <w:sz w:val="20"/>
                <w:lang w:val="pl-PL"/>
              </w:rPr>
              <w:t xml:space="preserve"> obowiązek taki będzie wynikał z przepisów prawa lub zastosowane zostaną wymagane przez RODO zabezpieczenia.</w:t>
            </w:r>
          </w:p>
        </w:tc>
      </w:tr>
      <w:tr w:rsidR="008B0163" w:rsidRPr="00900CFD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0" w:line="240" w:lineRule="auto"/>
              <w:jc w:val="both"/>
              <w:rPr>
                <w:lang w:val="pl-PL"/>
              </w:rPr>
            </w:pPr>
            <w:r w:rsidRPr="00900CFD">
              <w:rPr>
                <w:b/>
                <w:sz w:val="19"/>
                <w:lang w:val="pl-PL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B0163" w:rsidRPr="00900CFD" w:rsidRDefault="0033446E" w:rsidP="00900CFD">
            <w:pPr>
              <w:spacing w:after="50" w:line="250" w:lineRule="auto"/>
              <w:jc w:val="both"/>
              <w:rPr>
                <w:lang w:val="pl-PL"/>
              </w:rPr>
            </w:pPr>
            <w:r w:rsidRPr="00900CFD">
              <w:rPr>
                <w:sz w:val="20"/>
                <w:lang w:val="pl-PL"/>
              </w:rPr>
              <w:t>Dane nie będą wykorzystywane do podejmowania decyzji w sposób wyłącznie zautomatyzowany, w tym do profilowania.</w:t>
            </w:r>
          </w:p>
        </w:tc>
      </w:tr>
    </w:tbl>
    <w:p w:rsidR="0033446E" w:rsidRPr="00900CFD" w:rsidRDefault="0033446E" w:rsidP="00900CFD">
      <w:pPr>
        <w:jc w:val="both"/>
        <w:rPr>
          <w:lang w:val="pl-PL"/>
        </w:rPr>
      </w:pPr>
    </w:p>
    <w:sectPr w:rsidR="0033446E" w:rsidRPr="00900CFD" w:rsidSect="00034616"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3446E"/>
    <w:rsid w:val="006052F6"/>
    <w:rsid w:val="008B0163"/>
    <w:rsid w:val="008F63FE"/>
    <w:rsid w:val="00900CFD"/>
    <w:rsid w:val="00AA1D8D"/>
    <w:rsid w:val="00B47730"/>
    <w:rsid w:val="00CB0664"/>
    <w:rsid w:val="00ED7F7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Toshiba</cp:lastModifiedBy>
  <cp:revision>3</cp:revision>
  <dcterms:created xsi:type="dcterms:W3CDTF">2013-12-23T23:15:00Z</dcterms:created>
  <dcterms:modified xsi:type="dcterms:W3CDTF">2026-09-04T10:33:00Z</dcterms:modified>
  <cp:category/>
</cp:coreProperties>
</file>