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9FD" w:rsidRPr="00853ED2" w:rsidRDefault="00063AF0" w:rsidP="00853ED2">
      <w:pPr>
        <w:spacing w:after="100"/>
        <w:jc w:val="center"/>
        <w:rPr>
          <w:lang w:val="pl-PL"/>
        </w:rPr>
      </w:pPr>
      <w:r w:rsidRPr="00853ED2">
        <w:rPr>
          <w:b/>
          <w:sz w:val="22"/>
          <w:lang w:val="pl-PL"/>
        </w:rPr>
        <w:t>KLAUZULA INFORMACYJNA DOTYCZĄCA DZIECI, RODZICÓW I OPIEKUNÓW</w:t>
      </w:r>
    </w:p>
    <w:p w:rsidR="006D19FD" w:rsidRPr="00853ED2" w:rsidRDefault="00063AF0" w:rsidP="00853ED2">
      <w:pPr>
        <w:spacing w:after="80" w:line="240" w:lineRule="auto"/>
        <w:jc w:val="both"/>
        <w:rPr>
          <w:sz w:val="20"/>
          <w:lang w:val="pl-PL"/>
        </w:rPr>
      </w:pPr>
      <w:r w:rsidRPr="00853ED2">
        <w:rPr>
          <w:sz w:val="18"/>
          <w:lang w:val="pl-PL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(dalej: „RODO”) informujemy, że: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/>
      </w:tblPr>
      <w:tblGrid>
        <w:gridCol w:w="2154"/>
        <w:gridCol w:w="7767"/>
      </w:tblGrid>
      <w:tr w:rsidR="006D19FD" w:rsidRPr="00853ED2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b/>
                <w:sz w:val="20"/>
                <w:szCs w:val="28"/>
                <w:lang w:val="pl-PL"/>
              </w:rPr>
              <w:t>Administrator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Publiczny Żłobek w Stromcu, ul. Radomska 72, 26-804 Stromiec.</w:t>
            </w:r>
          </w:p>
        </w:tc>
      </w:tr>
      <w:tr w:rsidR="006D19FD" w:rsidRPr="00853ED2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b/>
                <w:sz w:val="20"/>
                <w:szCs w:val="28"/>
                <w:lang w:val="pl-PL"/>
              </w:rPr>
              <w:t>Inspektor Ochrony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9B078C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 xml:space="preserve">W placówce wyznaczono Inspektora Ochrony Danych – </w:t>
            </w:r>
            <w:r w:rsidR="00853ED2" w:rsidRPr="00853ED2">
              <w:rPr>
                <w:sz w:val="20"/>
                <w:szCs w:val="28"/>
                <w:lang w:val="pl-PL"/>
              </w:rPr>
              <w:t xml:space="preserve">Pana Michała Paprockiego. </w:t>
            </w:r>
            <w:r w:rsidRPr="00853ED2">
              <w:rPr>
                <w:sz w:val="20"/>
                <w:szCs w:val="28"/>
                <w:lang w:val="pl-PL"/>
              </w:rPr>
              <w:t xml:space="preserve">Z Inspektorem można skontaktować się korespondencyjnie na adres Administratora albo za pomocą poczty elektronicznej: </w:t>
            </w:r>
            <w:r w:rsidR="009B078C">
              <w:rPr>
                <w:sz w:val="20"/>
                <w:szCs w:val="28"/>
                <w:lang w:val="pl-PL"/>
              </w:rPr>
              <w:t>iod.</w:t>
            </w:r>
            <w:proofErr w:type="gramStart"/>
            <w:r w:rsidR="009B078C">
              <w:rPr>
                <w:sz w:val="20"/>
                <w:szCs w:val="28"/>
                <w:lang w:val="pl-PL"/>
              </w:rPr>
              <w:t>zlobek</w:t>
            </w:r>
            <w:proofErr w:type="gramEnd"/>
            <w:r w:rsidR="009B078C">
              <w:rPr>
                <w:sz w:val="20"/>
                <w:szCs w:val="28"/>
                <w:lang w:val="pl-PL"/>
              </w:rPr>
              <w:t>@ugstromiec.</w:t>
            </w:r>
            <w:proofErr w:type="gramStart"/>
            <w:r w:rsidR="009B078C">
              <w:rPr>
                <w:sz w:val="20"/>
                <w:szCs w:val="28"/>
                <w:lang w:val="pl-PL"/>
              </w:rPr>
              <w:t>pl</w:t>
            </w:r>
            <w:proofErr w:type="gramEnd"/>
          </w:p>
        </w:tc>
      </w:tr>
      <w:tr w:rsidR="006D19FD" w:rsidRPr="00853ED2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b/>
                <w:sz w:val="20"/>
                <w:szCs w:val="28"/>
                <w:lang w:val="pl-PL"/>
              </w:rPr>
              <w:t>Cele i podstawy przetwarzania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• rekrutacja dziecka do Żłobka, objęcie dziecka opieką oraz zapewnienie prawidłowej opieki, w tym realizacja funkcji opiekuńczej, wychowawczej i edukacyjnej – art. 6 ust. 1 lit. c i e RODO w związku z ustawą z dnia 4 lutego 2011 r. o opiece nad dziećmi w wieku do lat 3, w szczególności jej art. 3a i art. 10;</w:t>
            </w:r>
          </w:p>
          <w:p w:rsidR="006D19FD" w:rsidRPr="00853ED2" w:rsidRDefault="00063AF0" w:rsidP="00853ED2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• przetwarzanie danych o stanie zdrowia, stosowanej diecie, rozwoju psychofizycznym dziecka oraz informacji o niepełnosprawności – w zakresie przewidzianym art. 3a ustawy o opiece nad dziećmi w wieku do lat 3 – art. 9 ust. 2 lit. g RODO w związku z tym przepisem, w celu rekrutacji i zapewnienia dziecku prawidłowej opieki;</w:t>
            </w:r>
          </w:p>
          <w:p w:rsidR="006D19FD" w:rsidRPr="00853ED2" w:rsidRDefault="00063AF0" w:rsidP="00853ED2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• realizacja obowiązków sprawozdawczych, rozliczeniowych, finansowych i archiwalnych, w tym związanych ze świadczeniem „aktywnie w żłobku” – art. 6 ust. 1 lit. c RODO;</w:t>
            </w:r>
          </w:p>
          <w:p w:rsidR="006D19FD" w:rsidRPr="00853ED2" w:rsidRDefault="00063AF0" w:rsidP="00853ED2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• realizacja celów dodatkowych, które nie wynikają z obowiązku prawnego lub zadania publicznego, np. publikacja wizerunku – wyłącznie na podstawie dobrowolnej zgody, art. 6 ust. 1 lit. a RODO, a gdy dotyczy to danych szczególnej kategorii – art. 9 ust. 2 lit. a RODO.</w:t>
            </w:r>
          </w:p>
        </w:tc>
      </w:tr>
      <w:tr w:rsidR="006D19FD" w:rsidRPr="00853ED2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b/>
                <w:sz w:val="20"/>
                <w:szCs w:val="28"/>
                <w:lang w:val="pl-PL"/>
              </w:rPr>
              <w:t>Odbiorcy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Dane mogą być przekazywane podmiotom i organom uprawnionym na podstawie prawa, w szczególności właściwym organom administracji publicznej, Zakładowi Ubezpieczeń Społecznych oraz podmiotom uczestniczącym w realizacji ustawowych systemów dotyczących opieki nad dziećmi do lat 3. Dane mogą być również powierzane podmiotom świadczącym usługi informatyczne, hostingowe, księgowe, żywieniowe lub inne usługi niezbędne do funkcjonowania Żłobka – na podstawie odpowiednich umów.</w:t>
            </w:r>
          </w:p>
        </w:tc>
      </w:tr>
      <w:tr w:rsidR="006D19FD" w:rsidRPr="00853ED2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b/>
                <w:sz w:val="20"/>
                <w:szCs w:val="28"/>
                <w:lang w:val="pl-PL"/>
              </w:rPr>
              <w:t>Okres przechowywania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Dane będą przechowywane przez okres korzystania z opieki w Żłobku, a następnie przez okres wynikający z przepisów prawa oraz obowiązującego Administratora jednolitego rzeczowego wykazu akt. Dane przetwarzane na podstawie zgody będą przechowywane do czasu wycofania zgody lub ustania celu przetwarzania.</w:t>
            </w:r>
          </w:p>
        </w:tc>
      </w:tr>
      <w:tr w:rsidR="006D19FD" w:rsidRPr="00853ED2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b/>
                <w:sz w:val="20"/>
                <w:szCs w:val="28"/>
                <w:lang w:val="pl-PL"/>
              </w:rPr>
              <w:t>Prawa osoby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• dostępu do danych osobowych i otrzymania ich kopii;</w:t>
            </w:r>
          </w:p>
          <w:p w:rsidR="006D19FD" w:rsidRPr="00853ED2" w:rsidRDefault="00063AF0" w:rsidP="00853ED2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• sprostowania danych;</w:t>
            </w:r>
          </w:p>
          <w:p w:rsidR="006D19FD" w:rsidRPr="00853ED2" w:rsidRDefault="00063AF0" w:rsidP="00853ED2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• ograniczenia przetwarzania;</w:t>
            </w:r>
          </w:p>
          <w:p w:rsidR="006D19FD" w:rsidRPr="00853ED2" w:rsidRDefault="00063AF0" w:rsidP="00853ED2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• usunięcia danych – w przypadkach przewidzianych RODO;</w:t>
            </w:r>
          </w:p>
          <w:p w:rsidR="006D19FD" w:rsidRPr="00853ED2" w:rsidRDefault="00063AF0" w:rsidP="00853ED2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 xml:space="preserve">• wniesienia </w:t>
            </w:r>
            <w:proofErr w:type="gramStart"/>
            <w:r w:rsidRPr="00853ED2">
              <w:rPr>
                <w:sz w:val="20"/>
                <w:szCs w:val="28"/>
                <w:lang w:val="pl-PL"/>
              </w:rPr>
              <w:t>sprzeciwu – jeżeli</w:t>
            </w:r>
            <w:proofErr w:type="gramEnd"/>
            <w:r w:rsidRPr="00853ED2">
              <w:rPr>
                <w:sz w:val="20"/>
                <w:szCs w:val="28"/>
                <w:lang w:val="pl-PL"/>
              </w:rPr>
              <w:t xml:space="preserve"> podstawą przetwarzania jest art. 6 ust. 1 lit. e lub f RODO;</w:t>
            </w:r>
          </w:p>
          <w:p w:rsidR="006D19FD" w:rsidRPr="00853ED2" w:rsidRDefault="00063AF0" w:rsidP="00853ED2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 xml:space="preserve">• wycofania zgody w dowolnym </w:t>
            </w:r>
            <w:proofErr w:type="gramStart"/>
            <w:r w:rsidRPr="00853ED2">
              <w:rPr>
                <w:sz w:val="20"/>
                <w:szCs w:val="28"/>
                <w:lang w:val="pl-PL"/>
              </w:rPr>
              <w:t>momencie – jeżeli</w:t>
            </w:r>
            <w:proofErr w:type="gramEnd"/>
            <w:r w:rsidRPr="00853ED2">
              <w:rPr>
                <w:sz w:val="20"/>
                <w:szCs w:val="28"/>
                <w:lang w:val="pl-PL"/>
              </w:rPr>
              <w:t xml:space="preserve"> dane są przetwarzane na podstawie zgody; wycofanie zgody nie wpływa na zgodność z prawem wcześniejszego przetwarzania;</w:t>
            </w:r>
          </w:p>
          <w:p w:rsidR="006D19FD" w:rsidRPr="00853ED2" w:rsidRDefault="00063AF0" w:rsidP="00853ED2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• wniesienia skargi do Prezesa Urzędu Ochrony Danych Osobowych, jeżeli przetwarzanie danych narusza przepisy RODO.</w:t>
            </w:r>
          </w:p>
        </w:tc>
      </w:tr>
      <w:tr w:rsidR="006D19FD" w:rsidRPr="00853ED2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b/>
                <w:sz w:val="20"/>
                <w:szCs w:val="28"/>
                <w:lang w:val="pl-PL"/>
              </w:rPr>
              <w:t>Podanie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Podanie danych wymaganych ustawą o opiece nad dziećmi w wieku do lat 3 jest obowiązkowe w zakresie niezbędnym do rekrutacji i zapewnienia dziecku prawidłowej opieki. Podanie danych wykorzystywanych wyłącznie do celów dodatkowych jest dobrowolne.</w:t>
            </w:r>
          </w:p>
        </w:tc>
      </w:tr>
      <w:tr w:rsidR="006D19FD" w:rsidRPr="00853ED2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b/>
                <w:sz w:val="20"/>
                <w:szCs w:val="28"/>
                <w:lang w:val="pl-PL"/>
              </w:rPr>
              <w:t>Przekazywanie poza EOG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 xml:space="preserve">Administrator nie zamierza przekazywać danych osobowych do państw trzecich ani organizacji międzynarodowych, </w:t>
            </w:r>
            <w:proofErr w:type="gramStart"/>
            <w:r w:rsidRPr="00853ED2">
              <w:rPr>
                <w:sz w:val="20"/>
                <w:szCs w:val="28"/>
                <w:lang w:val="pl-PL"/>
              </w:rPr>
              <w:t>chyba że</w:t>
            </w:r>
            <w:proofErr w:type="gramEnd"/>
            <w:r w:rsidRPr="00853ED2">
              <w:rPr>
                <w:sz w:val="20"/>
                <w:szCs w:val="28"/>
                <w:lang w:val="pl-PL"/>
              </w:rPr>
              <w:t xml:space="preserve"> obowiązek taki będzie wynikał z przepisów prawa lub zastosowane zostaną wymagane przez RODO zabezpieczenia.</w:t>
            </w:r>
          </w:p>
        </w:tc>
      </w:tr>
      <w:tr w:rsidR="006D19FD" w:rsidRPr="00853ED2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b/>
                <w:sz w:val="20"/>
                <w:szCs w:val="28"/>
                <w:lang w:val="pl-PL"/>
              </w:rPr>
              <w:t>Automatyzacja i profilowanie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D19FD" w:rsidRPr="00853ED2" w:rsidRDefault="00063AF0" w:rsidP="00853ED2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853ED2">
              <w:rPr>
                <w:sz w:val="20"/>
                <w:szCs w:val="28"/>
                <w:lang w:val="pl-PL"/>
              </w:rPr>
              <w:t>Dane nie będą wykorzystywane do podejmowania decyzji w sposób wyłącznie zautomatyzowany, w tym do profilowania.</w:t>
            </w:r>
          </w:p>
        </w:tc>
      </w:tr>
    </w:tbl>
    <w:p w:rsidR="00063AF0" w:rsidRPr="00853ED2" w:rsidRDefault="00063AF0" w:rsidP="00853ED2">
      <w:pPr>
        <w:jc w:val="both"/>
        <w:rPr>
          <w:lang w:val="pl-PL"/>
        </w:rPr>
      </w:pPr>
    </w:p>
    <w:sectPr w:rsidR="00063AF0" w:rsidRPr="00853ED2" w:rsidSect="00034616">
      <w:pgSz w:w="11906" w:h="16838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63AF0"/>
    <w:rsid w:val="0015074B"/>
    <w:rsid w:val="0029639D"/>
    <w:rsid w:val="00326F90"/>
    <w:rsid w:val="006D19FD"/>
    <w:rsid w:val="006E5B5B"/>
    <w:rsid w:val="00853ED2"/>
    <w:rsid w:val="00872549"/>
    <w:rsid w:val="009B078C"/>
    <w:rsid w:val="00A6396E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543</Words>
  <Characters>3260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3796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Toshiba</cp:lastModifiedBy>
  <cp:revision>3</cp:revision>
  <dcterms:created xsi:type="dcterms:W3CDTF">2013-12-23T23:15:00Z</dcterms:created>
  <dcterms:modified xsi:type="dcterms:W3CDTF">2026-09-04T10:28:00Z</dcterms:modified>
  <cp:category/>
</cp:coreProperties>
</file>